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2EFAC7" w14:textId="77777777" w:rsidR="00A86F14" w:rsidRDefault="00E528EA">
      <w:pPr>
        <w:pStyle w:val="Titolo1"/>
      </w:pPr>
      <w:r>
        <w:t>ALLEGATO A – DOMANDA DI PARTECIPAZIONE</w:t>
      </w:r>
    </w:p>
    <w:p w14:paraId="145782B5" w14:textId="77777777" w:rsidR="00A86F14" w:rsidRDefault="00E528EA">
      <w:r>
        <w:t>Al Dirigente scolastico</w:t>
      </w:r>
      <w:r>
        <w:br/>
        <w:t>Istituto Comprensivo Statale “Scopelliti-Green” – Rosarno</w:t>
      </w:r>
    </w:p>
    <w:p w14:paraId="7C3E0822" w14:textId="77777777" w:rsidR="00A86F14" w:rsidRDefault="00E528EA">
      <w:r>
        <w:rPr>
          <w:b/>
        </w:rPr>
        <w:t>PR CALABRIA FESR FSE+ 2021–2027</w:t>
      </w:r>
      <w:r>
        <w:rPr>
          <w:b/>
        </w:rPr>
        <w:br/>
        <w:t>Obiettivo specifico ESO4.5 – Azione 4.e.1</w:t>
      </w:r>
      <w:r>
        <w:rPr>
          <w:b/>
        </w:rPr>
        <w:br/>
        <w:t>“Vivi e Scopri la Calabria” – II finestra</w:t>
      </w:r>
    </w:p>
    <w:p w14:paraId="72CAEAE6" w14:textId="77777777" w:rsidR="00A86F14" w:rsidRDefault="00E528EA">
      <w:r>
        <w:t>Progetto: “Esplorare, narrare e gustare la ‘Calabresità’ – 2ª annualità”</w:t>
      </w:r>
      <w:r>
        <w:br/>
        <w:t>CUP: B94D26003060006 – Finanziamento complessivo: € 73.500,00</w:t>
      </w:r>
      <w:r>
        <w:br/>
        <w:t>Convenzione: repertorio Regione Calabria n. 4007 del 03/08/2026</w:t>
      </w:r>
    </w:p>
    <w:p w14:paraId="6DA25EC8" w14:textId="6E1E6223" w:rsidR="00A86F14" w:rsidRDefault="00E528EA">
      <w:r>
        <w:t xml:space="preserve">Avviso di selezione interna per n. 8 tutor e n. 1 referente alla valutazione, </w:t>
      </w:r>
      <w:r w:rsidRPr="00E74CBC">
        <w:t xml:space="preserve">prot. n. </w:t>
      </w:r>
      <w:r w:rsidR="00E74CBC" w:rsidRPr="00E74CBC">
        <w:t>0007389/</w:t>
      </w:r>
      <w:proofErr w:type="gramStart"/>
      <w:r w:rsidR="00E74CBC" w:rsidRPr="00E74CBC">
        <w:t xml:space="preserve">U </w:t>
      </w:r>
      <w:bookmarkStart w:id="0" w:name="_GoBack"/>
      <w:bookmarkEnd w:id="0"/>
      <w:r w:rsidRPr="00E74CBC">
        <w:t xml:space="preserve"> del</w:t>
      </w:r>
      <w:proofErr w:type="gramEnd"/>
      <w:r w:rsidRPr="00E74CBC">
        <w:t xml:space="preserve"> </w:t>
      </w:r>
      <w:r w:rsidR="00E74CBC" w:rsidRPr="00E74CBC">
        <w:t>30/10/2026</w:t>
      </w:r>
      <w:r w:rsidRPr="00E74CBC">
        <w:t>.</w:t>
      </w:r>
    </w:p>
    <w:p w14:paraId="091B07C9" w14:textId="77777777" w:rsidR="00A86F14" w:rsidRDefault="00E528EA">
      <w:pPr>
        <w:pStyle w:val="Titolo1"/>
      </w:pPr>
      <w:r>
        <w:t>1. Dati del candidato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714"/>
        <w:gridCol w:w="5476"/>
      </w:tblGrid>
      <w:tr w:rsidR="00A86F14" w14:paraId="699AA17C" w14:textId="77777777">
        <w:trPr>
          <w:cantSplit/>
        </w:trPr>
        <w:tc>
          <w:tcPr>
            <w:tcW w:w="5100" w:type="dxa"/>
            <w:shd w:val="clear" w:color="auto" w:fill="D9E2F3"/>
          </w:tcPr>
          <w:p w14:paraId="6D065780" w14:textId="77777777" w:rsidR="00A86F14" w:rsidRDefault="00E528EA">
            <w:pPr>
              <w:spacing w:after="60"/>
            </w:pPr>
            <w:r>
              <w:rPr>
                <w:b/>
              </w:rPr>
              <w:t>Dato</w:t>
            </w:r>
          </w:p>
        </w:tc>
        <w:tc>
          <w:tcPr>
            <w:tcW w:w="5100" w:type="dxa"/>
            <w:shd w:val="clear" w:color="auto" w:fill="D9E2F3"/>
          </w:tcPr>
          <w:p w14:paraId="2757AD28" w14:textId="77777777" w:rsidR="00A86F14" w:rsidRDefault="00E528EA">
            <w:pPr>
              <w:spacing w:after="60"/>
            </w:pPr>
            <w:r>
              <w:rPr>
                <w:b/>
              </w:rPr>
              <w:t>Informazioni da compilare</w:t>
            </w:r>
          </w:p>
        </w:tc>
      </w:tr>
      <w:tr w:rsidR="00A86F14" w14:paraId="2ADF7F8C" w14:textId="77777777">
        <w:trPr>
          <w:cantSplit/>
        </w:trPr>
        <w:tc>
          <w:tcPr>
            <w:tcW w:w="5100" w:type="dxa"/>
          </w:tcPr>
          <w:p w14:paraId="6C31F699" w14:textId="77777777" w:rsidR="00A86F14" w:rsidRDefault="00E528EA">
            <w:pPr>
              <w:spacing w:after="60"/>
            </w:pPr>
            <w:r>
              <w:t>Nome e cognome</w:t>
            </w:r>
          </w:p>
        </w:tc>
        <w:tc>
          <w:tcPr>
            <w:tcW w:w="5100" w:type="dxa"/>
          </w:tcPr>
          <w:p w14:paraId="53CE42A4" w14:textId="77777777" w:rsidR="00A86F14" w:rsidRDefault="00E528EA">
            <w:pPr>
              <w:spacing w:after="60"/>
            </w:pPr>
            <w:r>
              <w:t>________________________________________________</w:t>
            </w:r>
          </w:p>
        </w:tc>
      </w:tr>
      <w:tr w:rsidR="00A86F14" w14:paraId="1C83B9FC" w14:textId="77777777">
        <w:trPr>
          <w:cantSplit/>
        </w:trPr>
        <w:tc>
          <w:tcPr>
            <w:tcW w:w="5100" w:type="dxa"/>
          </w:tcPr>
          <w:p w14:paraId="5B2CDBE6" w14:textId="77777777" w:rsidR="00A86F14" w:rsidRDefault="00E528EA">
            <w:pPr>
              <w:spacing w:after="60"/>
            </w:pPr>
            <w:r>
              <w:t>Luogo e data di nascita</w:t>
            </w:r>
          </w:p>
        </w:tc>
        <w:tc>
          <w:tcPr>
            <w:tcW w:w="5100" w:type="dxa"/>
          </w:tcPr>
          <w:p w14:paraId="62FCEFAD" w14:textId="77777777" w:rsidR="00A86F14" w:rsidRDefault="00E528EA">
            <w:pPr>
              <w:spacing w:after="60"/>
            </w:pPr>
            <w:r>
              <w:t>________________________________________________</w:t>
            </w:r>
          </w:p>
        </w:tc>
      </w:tr>
      <w:tr w:rsidR="00A86F14" w14:paraId="2E5BC36E" w14:textId="77777777">
        <w:trPr>
          <w:cantSplit/>
        </w:trPr>
        <w:tc>
          <w:tcPr>
            <w:tcW w:w="5100" w:type="dxa"/>
          </w:tcPr>
          <w:p w14:paraId="0482AEE0" w14:textId="77777777" w:rsidR="00A86F14" w:rsidRDefault="00E528EA">
            <w:pPr>
              <w:spacing w:after="60"/>
            </w:pPr>
            <w:r>
              <w:t>Codice fiscale</w:t>
            </w:r>
          </w:p>
        </w:tc>
        <w:tc>
          <w:tcPr>
            <w:tcW w:w="5100" w:type="dxa"/>
          </w:tcPr>
          <w:p w14:paraId="247B6EF0" w14:textId="77777777" w:rsidR="00A86F14" w:rsidRDefault="00E528EA">
            <w:pPr>
              <w:spacing w:after="60"/>
            </w:pPr>
            <w:r>
              <w:t>________________________________________________</w:t>
            </w:r>
          </w:p>
        </w:tc>
      </w:tr>
      <w:tr w:rsidR="00A86F14" w14:paraId="31EB8D01" w14:textId="77777777">
        <w:trPr>
          <w:cantSplit/>
        </w:trPr>
        <w:tc>
          <w:tcPr>
            <w:tcW w:w="5100" w:type="dxa"/>
          </w:tcPr>
          <w:p w14:paraId="11652F6D" w14:textId="77777777" w:rsidR="00A86F14" w:rsidRDefault="00E528EA">
            <w:pPr>
              <w:spacing w:after="60"/>
            </w:pPr>
            <w:r>
              <w:t>Residenza (indirizzo, CAP, comune, provincia)</w:t>
            </w:r>
          </w:p>
        </w:tc>
        <w:tc>
          <w:tcPr>
            <w:tcW w:w="5100" w:type="dxa"/>
          </w:tcPr>
          <w:p w14:paraId="71D9219E" w14:textId="77777777" w:rsidR="00A86F14" w:rsidRDefault="00E528EA">
            <w:pPr>
              <w:spacing w:after="60"/>
            </w:pPr>
            <w:r>
              <w:t>________________________________________________</w:t>
            </w:r>
            <w:r>
              <w:br/>
              <w:t>________________________________________________</w:t>
            </w:r>
          </w:p>
        </w:tc>
      </w:tr>
      <w:tr w:rsidR="00A86F14" w14:paraId="2B3E2084" w14:textId="77777777">
        <w:trPr>
          <w:cantSplit/>
        </w:trPr>
        <w:tc>
          <w:tcPr>
            <w:tcW w:w="5100" w:type="dxa"/>
          </w:tcPr>
          <w:p w14:paraId="348D3AB4" w14:textId="77777777" w:rsidR="00A86F14" w:rsidRDefault="00E528EA">
            <w:pPr>
              <w:spacing w:after="60"/>
            </w:pPr>
            <w:r>
              <w:t>Telefono / email</w:t>
            </w:r>
          </w:p>
        </w:tc>
        <w:tc>
          <w:tcPr>
            <w:tcW w:w="5100" w:type="dxa"/>
          </w:tcPr>
          <w:p w14:paraId="2911CEFA" w14:textId="77777777" w:rsidR="00A86F14" w:rsidRDefault="00E528EA">
            <w:pPr>
              <w:spacing w:after="60"/>
            </w:pPr>
            <w:r>
              <w:t>________________________________________________</w:t>
            </w:r>
            <w:r>
              <w:br/>
              <w:t>________________________________________________</w:t>
            </w:r>
          </w:p>
        </w:tc>
      </w:tr>
      <w:tr w:rsidR="00A86F14" w14:paraId="77715445" w14:textId="77777777">
        <w:trPr>
          <w:cantSplit/>
        </w:trPr>
        <w:tc>
          <w:tcPr>
            <w:tcW w:w="5100" w:type="dxa"/>
          </w:tcPr>
          <w:p w14:paraId="09723DAD" w14:textId="77777777" w:rsidR="00A86F14" w:rsidRDefault="00E528EA">
            <w:pPr>
              <w:spacing w:after="60"/>
            </w:pPr>
            <w:r>
              <w:t>Qualifica / ordine di scuola / plesso</w:t>
            </w:r>
          </w:p>
        </w:tc>
        <w:tc>
          <w:tcPr>
            <w:tcW w:w="5100" w:type="dxa"/>
          </w:tcPr>
          <w:p w14:paraId="7EB4C187" w14:textId="77777777" w:rsidR="00A86F14" w:rsidRDefault="00E528EA">
            <w:pPr>
              <w:spacing w:after="60"/>
            </w:pPr>
            <w:r>
              <w:t>Docente – ________________________________________</w:t>
            </w:r>
            <w:r>
              <w:br/>
              <w:t>________________________________________________</w:t>
            </w:r>
          </w:p>
        </w:tc>
      </w:tr>
    </w:tbl>
    <w:p w14:paraId="51BAE190" w14:textId="77777777" w:rsidR="00A86F14" w:rsidRDefault="00E528EA">
      <w:r>
        <w:t>Il/La sottoscritto/a, in servizio presso l’Istituto Comprensivo Statale “Scopelliti-Green”,</w:t>
      </w:r>
    </w:p>
    <w:p w14:paraId="096C2CF4" w14:textId="77777777" w:rsidR="00A86F14" w:rsidRDefault="00E528EA">
      <w:r>
        <w:rPr>
          <w:b/>
        </w:rPr>
        <w:t>CHIEDE</w:t>
      </w:r>
    </w:p>
    <w:p w14:paraId="160545BD" w14:textId="77777777" w:rsidR="00A86F14" w:rsidRDefault="00E528EA">
      <w:r>
        <w:t>di partecipare alla selezione indicata per il/i seguente/i ruolo/i (è possibile selezionare entrambi):</w:t>
      </w:r>
    </w:p>
    <w:p w14:paraId="635126DE" w14:textId="77777777" w:rsidR="00A86F14" w:rsidRDefault="00E528EA">
      <w:r>
        <w:t>☐ Tutor</w:t>
      </w:r>
      <w:r>
        <w:br/>
        <w:t>☐ Referente alla valutazione</w:t>
      </w:r>
    </w:p>
    <w:p w14:paraId="3B4D103B" w14:textId="77777777" w:rsidR="00A86F14" w:rsidRDefault="00E528EA">
      <w:pPr>
        <w:pStyle w:val="Titolo1"/>
      </w:pPr>
      <w:r>
        <w:t>2. Disponibilità per i moduli – solo per i candidati tutor</w:t>
      </w:r>
    </w:p>
    <w:p w14:paraId="16746B65" w14:textId="77777777" w:rsidR="00A86F14" w:rsidRDefault="00E528EA">
      <w:r>
        <w:t>Barrare una delle tre opzioni: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2547"/>
        <w:gridCol w:w="2548"/>
        <w:gridCol w:w="2548"/>
      </w:tblGrid>
      <w:tr w:rsidR="00A86F14" w14:paraId="4516BA21" w14:textId="77777777">
        <w:trPr>
          <w:cantSplit/>
        </w:trPr>
        <w:tc>
          <w:tcPr>
            <w:tcW w:w="2550" w:type="dxa"/>
            <w:shd w:val="clear" w:color="auto" w:fill="D9E2F3"/>
          </w:tcPr>
          <w:p w14:paraId="0B48D1DE" w14:textId="77777777" w:rsidR="00A86F14" w:rsidRDefault="00E528EA">
            <w:pPr>
              <w:spacing w:after="60"/>
            </w:pPr>
            <w:r>
              <w:rPr>
                <w:b/>
              </w:rPr>
              <w:t>Scelta</w:t>
            </w:r>
          </w:p>
        </w:tc>
        <w:tc>
          <w:tcPr>
            <w:tcW w:w="2550" w:type="dxa"/>
            <w:shd w:val="clear" w:color="auto" w:fill="D9E2F3"/>
          </w:tcPr>
          <w:p w14:paraId="03A7F2C4" w14:textId="77777777" w:rsidR="00A86F14" w:rsidRDefault="00E528EA">
            <w:pPr>
              <w:spacing w:after="60"/>
            </w:pPr>
            <w:r>
              <w:rPr>
                <w:b/>
              </w:rPr>
              <w:t>Modulo</w:t>
            </w:r>
          </w:p>
        </w:tc>
        <w:tc>
          <w:tcPr>
            <w:tcW w:w="2550" w:type="dxa"/>
            <w:shd w:val="clear" w:color="auto" w:fill="D9E2F3"/>
          </w:tcPr>
          <w:p w14:paraId="5D18F6C2" w14:textId="77777777" w:rsidR="00A86F14" w:rsidRDefault="00E528EA">
            <w:pPr>
              <w:spacing w:after="60"/>
            </w:pPr>
            <w:r>
              <w:rPr>
                <w:b/>
              </w:rPr>
              <w:t>Studenti / classi</w:t>
            </w:r>
          </w:p>
        </w:tc>
        <w:tc>
          <w:tcPr>
            <w:tcW w:w="2550" w:type="dxa"/>
            <w:shd w:val="clear" w:color="auto" w:fill="D9E2F3"/>
          </w:tcPr>
          <w:p w14:paraId="21BF5B1A" w14:textId="77777777" w:rsidR="00A86F14" w:rsidRDefault="00E528EA">
            <w:pPr>
              <w:spacing w:after="60"/>
            </w:pPr>
            <w:r>
              <w:rPr>
                <w:b/>
              </w:rPr>
              <w:t>Durata</w:t>
            </w:r>
          </w:p>
        </w:tc>
      </w:tr>
      <w:tr w:rsidR="00A86F14" w14:paraId="3E203CE8" w14:textId="77777777">
        <w:trPr>
          <w:cantSplit/>
        </w:trPr>
        <w:tc>
          <w:tcPr>
            <w:tcW w:w="2550" w:type="dxa"/>
          </w:tcPr>
          <w:p w14:paraId="13EF5AFC" w14:textId="77777777" w:rsidR="00A86F14" w:rsidRDefault="00E528EA">
            <w:pPr>
              <w:spacing w:after="60"/>
            </w:pPr>
            <w:r>
              <w:t>☐</w:t>
            </w:r>
          </w:p>
        </w:tc>
        <w:tc>
          <w:tcPr>
            <w:tcW w:w="2550" w:type="dxa"/>
          </w:tcPr>
          <w:p w14:paraId="6082249A" w14:textId="77777777" w:rsidR="00A86F14" w:rsidRDefault="00E528EA">
            <w:pPr>
              <w:spacing w:after="60"/>
            </w:pPr>
            <w:r>
              <w:t>Solo Modulo 1</w:t>
            </w:r>
          </w:p>
        </w:tc>
        <w:tc>
          <w:tcPr>
            <w:tcW w:w="2550" w:type="dxa"/>
          </w:tcPr>
          <w:p w14:paraId="7BC3047A" w14:textId="77777777" w:rsidR="00A86F14" w:rsidRDefault="00E528EA">
            <w:pPr>
              <w:spacing w:after="60"/>
            </w:pPr>
            <w:r>
              <w:t>50 – IV primaria</w:t>
            </w:r>
          </w:p>
        </w:tc>
        <w:tc>
          <w:tcPr>
            <w:tcW w:w="2550" w:type="dxa"/>
          </w:tcPr>
          <w:p w14:paraId="038FC90A" w14:textId="77777777" w:rsidR="00A86F14" w:rsidRDefault="00E528EA">
            <w:pPr>
              <w:spacing w:after="60"/>
            </w:pPr>
            <w:r>
              <w:t>40 ore in 5 giorni</w:t>
            </w:r>
          </w:p>
        </w:tc>
      </w:tr>
      <w:tr w:rsidR="00A86F14" w14:paraId="51439AD4" w14:textId="77777777">
        <w:trPr>
          <w:cantSplit/>
        </w:trPr>
        <w:tc>
          <w:tcPr>
            <w:tcW w:w="2550" w:type="dxa"/>
          </w:tcPr>
          <w:p w14:paraId="75CD5390" w14:textId="77777777" w:rsidR="00A86F14" w:rsidRDefault="00E528EA">
            <w:pPr>
              <w:spacing w:after="60"/>
            </w:pPr>
            <w:r>
              <w:t>☐</w:t>
            </w:r>
          </w:p>
        </w:tc>
        <w:tc>
          <w:tcPr>
            <w:tcW w:w="2550" w:type="dxa"/>
          </w:tcPr>
          <w:p w14:paraId="610BBFDC" w14:textId="77777777" w:rsidR="00A86F14" w:rsidRDefault="00E528EA">
            <w:pPr>
              <w:spacing w:after="60"/>
            </w:pPr>
            <w:r>
              <w:t>Solo Modulo 2</w:t>
            </w:r>
          </w:p>
        </w:tc>
        <w:tc>
          <w:tcPr>
            <w:tcW w:w="2550" w:type="dxa"/>
          </w:tcPr>
          <w:p w14:paraId="1ACC4134" w14:textId="77777777" w:rsidR="00A86F14" w:rsidRDefault="00E528EA">
            <w:pPr>
              <w:spacing w:after="60"/>
            </w:pPr>
            <w:r>
              <w:t>50 – I secondaria di primo grado</w:t>
            </w:r>
          </w:p>
        </w:tc>
        <w:tc>
          <w:tcPr>
            <w:tcW w:w="2550" w:type="dxa"/>
          </w:tcPr>
          <w:p w14:paraId="28EE190C" w14:textId="77777777" w:rsidR="00A86F14" w:rsidRDefault="00E528EA">
            <w:pPr>
              <w:spacing w:after="60"/>
            </w:pPr>
            <w:r>
              <w:t>40 ore in 5 giorni</w:t>
            </w:r>
          </w:p>
        </w:tc>
      </w:tr>
      <w:tr w:rsidR="00A86F14" w14:paraId="59A2CFB6" w14:textId="77777777">
        <w:trPr>
          <w:cantSplit/>
        </w:trPr>
        <w:tc>
          <w:tcPr>
            <w:tcW w:w="2550" w:type="dxa"/>
          </w:tcPr>
          <w:p w14:paraId="29979D12" w14:textId="77777777" w:rsidR="00A86F14" w:rsidRDefault="00E528EA">
            <w:pPr>
              <w:spacing w:after="60"/>
            </w:pPr>
            <w:r>
              <w:t>☐</w:t>
            </w:r>
          </w:p>
        </w:tc>
        <w:tc>
          <w:tcPr>
            <w:tcW w:w="2550" w:type="dxa"/>
          </w:tcPr>
          <w:p w14:paraId="38717E27" w14:textId="77777777" w:rsidR="00A86F14" w:rsidRDefault="00E528EA">
            <w:pPr>
              <w:spacing w:after="60"/>
            </w:pPr>
            <w:r>
              <w:t>Entrambi i moduli</w:t>
            </w:r>
          </w:p>
        </w:tc>
        <w:tc>
          <w:tcPr>
            <w:tcW w:w="2550" w:type="dxa"/>
          </w:tcPr>
          <w:p w14:paraId="75016400" w14:textId="77777777" w:rsidR="00A86F14" w:rsidRDefault="00E528EA">
            <w:pPr>
              <w:spacing w:after="60"/>
            </w:pPr>
            <w:r>
              <w:t>Disponibilità per l’assegnazione secondo l’Avviso</w:t>
            </w:r>
          </w:p>
        </w:tc>
        <w:tc>
          <w:tcPr>
            <w:tcW w:w="2550" w:type="dxa"/>
          </w:tcPr>
          <w:p w14:paraId="516638ED" w14:textId="77777777" w:rsidR="00A86F14" w:rsidRDefault="00E528EA">
            <w:pPr>
              <w:spacing w:after="60"/>
            </w:pPr>
            <w:r>
              <w:t>Secondo il modulo assegnato</w:t>
            </w:r>
          </w:p>
        </w:tc>
      </w:tr>
    </w:tbl>
    <w:p w14:paraId="56075D5F" w14:textId="77777777" w:rsidR="00A86F14" w:rsidRDefault="00E528EA" w:rsidP="009821BF">
      <w:pPr>
        <w:jc w:val="both"/>
      </w:pPr>
      <w:r>
        <w:lastRenderedPageBreak/>
        <w:t>La disponibilità comprende le attività fuori sede e il soggiorno di cinque giorni. Se le date non sono ancora definite, la compatibilità con il calendario sarà verificata prima del conferimento. L’assegnazione avviene secondo l’art. 1.3 dell’Avviso.</w:t>
      </w:r>
    </w:p>
    <w:p w14:paraId="57DA0F0A" w14:textId="77777777" w:rsidR="00A86F14" w:rsidRDefault="00E528EA" w:rsidP="009821BF">
      <w:pPr>
        <w:pStyle w:val="Titolo1"/>
        <w:jc w:val="both"/>
      </w:pPr>
      <w:r>
        <w:t>3. Dichiarazioni sostitutive</w:t>
      </w:r>
    </w:p>
    <w:p w14:paraId="637FCE91" w14:textId="77777777" w:rsidR="00A86F14" w:rsidRDefault="00E528EA" w:rsidP="009821BF">
      <w:pPr>
        <w:jc w:val="both"/>
      </w:pPr>
      <w:r>
        <w:t>Il/La sottoscritto/a, consapevole delle responsabilità penali previste dall’art. 76 del D.P.R. 445/2000 in caso di dichiarazioni mendaci e delle conseguenze dell’art. 75 del medesimo decreto, ove applicabili, dichiara ai sensi degli artt. 46 e 47 del D.P.R. 445/2000:</w:t>
      </w:r>
    </w:p>
    <w:p w14:paraId="39248C02" w14:textId="77777777" w:rsidR="00A86F14" w:rsidRDefault="00E528EA" w:rsidP="009821BF">
      <w:pPr>
        <w:jc w:val="both"/>
      </w:pPr>
      <w:r>
        <w:t>1. di essere docente in servizio presso questo Istituto e di possedere i requisiti generali dell’art. 2 dell’Avviso alla scadenza delle candidature;</w:t>
      </w:r>
    </w:p>
    <w:p w14:paraId="4A1C01D1" w14:textId="77777777" w:rsidR="00A86F14" w:rsidRDefault="00E528EA" w:rsidP="009821BF">
      <w:pPr>
        <w:jc w:val="both"/>
      </w:pPr>
      <w:r>
        <w:t>2. di possedere i requisiti specifici dell’art. 3 per ciascun ruolo richiesto, come desumibili dal curriculum e dalla documentazione presentata;</w:t>
      </w:r>
    </w:p>
    <w:p w14:paraId="2F7E87A4" w14:textId="77777777" w:rsidR="00A86F14" w:rsidRDefault="00E528EA" w:rsidP="009821BF">
      <w:pPr>
        <w:jc w:val="both"/>
      </w:pPr>
      <w:r>
        <w:t>3. di essere disponibile a svolgere le attività nel periodo e secondo il calendario previsti, come prestazioni aggiuntive rispetto agli obblighi ordinari di servizio e senza pregiudizio per il servizio;</w:t>
      </w:r>
    </w:p>
    <w:p w14:paraId="24267AD1" w14:textId="77777777" w:rsidR="00A86F14" w:rsidRDefault="00E528EA" w:rsidP="009821BF">
      <w:pPr>
        <w:jc w:val="both"/>
      </w:pPr>
      <w:r>
        <w:t>4. di non trovarsi in situazioni di incompatibilità o conflitto di interessi, anche potenziale, rispetto all’incarico e di impegnarsi a comunicare tempestivamente le circostanze sopravvenute e ad astenersi nei casi previsti;</w:t>
      </w:r>
    </w:p>
    <w:p w14:paraId="73426E67" w14:textId="77777777" w:rsidR="00A86F14" w:rsidRDefault="00E528EA" w:rsidP="009821BF">
      <w:pPr>
        <w:jc w:val="both"/>
      </w:pPr>
      <w:r>
        <w:t>5. di aver letto e accettare le condizioni dell’Avviso, compresi i limiti di ore e compensi e gli obblighi documentali;</w:t>
      </w:r>
    </w:p>
    <w:p w14:paraId="56925463" w14:textId="77777777" w:rsidR="00A86F14" w:rsidRDefault="00E528EA" w:rsidP="009821BF">
      <w:pPr>
        <w:jc w:val="both"/>
      </w:pPr>
      <w:r>
        <w:t>6. di essere consapevole che, in caso di candidature insufficienti, i sottogruppi potranno essere rimodulati ai sensi dell’art. 1.3, senza aumento delle ore massime o del compenso individuale;</w:t>
      </w:r>
    </w:p>
    <w:p w14:paraId="46BC3441" w14:textId="77777777" w:rsidR="00A86F14" w:rsidRDefault="00E528EA" w:rsidP="009821BF">
      <w:pPr>
        <w:jc w:val="both"/>
      </w:pPr>
      <w:r>
        <w:t>7. di essere consapevole che il referente alla valutazione non può essere contemporaneamente tutor del progetto e di impegnarsi, in caso di utile collocazione per entrambi i ruoli, a esercitare l’opzione nei termini previsti;</w:t>
      </w:r>
    </w:p>
    <w:p w14:paraId="3D2D76BB" w14:textId="77777777" w:rsidR="00A86F14" w:rsidRDefault="00E528EA" w:rsidP="009821BF">
      <w:pPr>
        <w:jc w:val="both"/>
      </w:pPr>
      <w:r>
        <w:t>8. che i dati, i titoli e le esperienze dichiarati nella domanda, nel curriculum e nelle schede di autovalutazione sono veritieri;</w:t>
      </w:r>
    </w:p>
    <w:p w14:paraId="1430CAF7" w14:textId="77777777" w:rsidR="00A86F14" w:rsidRDefault="00E528EA" w:rsidP="009821BF">
      <w:pPr>
        <w:jc w:val="both"/>
      </w:pPr>
      <w:r>
        <w:t>9. di aver preso visione dell’informativa sul trattamento dei dati personali contenuta nell’art. 14 dell’Avviso.</w:t>
      </w:r>
    </w:p>
    <w:p w14:paraId="2EE70FD7" w14:textId="77777777" w:rsidR="00A86F14" w:rsidRDefault="00E528EA">
      <w:pPr>
        <w:pStyle w:val="Titolo1"/>
      </w:pPr>
      <w:r>
        <w:t>4. Anzianità di servizio nella Pubblica Amministrazione</w:t>
      </w:r>
    </w:p>
    <w:p w14:paraId="71578817" w14:textId="77777777" w:rsidR="00A86F14" w:rsidRDefault="00E528EA" w:rsidP="009821BF">
      <w:pPr>
        <w:jc w:val="both"/>
      </w:pPr>
      <w:r>
        <w:t>Ai soli fini dello spareggio di cui all’art. 8 dell’Avviso, dichiara un servizio complessivo nella Pubblica Amministrazione, maturato alla scadenza delle candidature, pari a:</w:t>
      </w:r>
    </w:p>
    <w:p w14:paraId="460CC427" w14:textId="77777777" w:rsidR="00A86F14" w:rsidRDefault="00E528EA">
      <w:r>
        <w:t>anni __________   mesi __________   giorni __________</w:t>
      </w:r>
    </w:p>
    <w:p w14:paraId="72CDF849" w14:textId="77777777" w:rsidR="00A86F14" w:rsidRDefault="00E528EA" w:rsidP="009821BF">
      <w:pPr>
        <w:jc w:val="both"/>
      </w:pPr>
      <w:r>
        <w:t>I periodi utili sono specificati nel curriculum, con indicazione dell’Amministrazione e delle date di inizio e fine. I periodi coincidenti sono conteggiati una sola volta. Il dato è distinto dagli anni scolastici valutabili nelle griglie dei titoli.</w:t>
      </w:r>
    </w:p>
    <w:p w14:paraId="62BB0CD7" w14:textId="77777777" w:rsidR="00A86F14" w:rsidRDefault="00E528EA">
      <w:pPr>
        <w:pStyle w:val="Titolo1"/>
      </w:pPr>
      <w:r>
        <w:t>5. Documenti allegati</w:t>
      </w:r>
    </w:p>
    <w:p w14:paraId="3CE88BEB" w14:textId="77777777" w:rsidR="00A86F14" w:rsidRDefault="00E528EA" w:rsidP="009821BF">
      <w:r>
        <w:t>☐ Curriculum vitae datato e sottoscritto.</w:t>
      </w:r>
      <w:r>
        <w:br/>
        <w:t>☐ Allegato B1 – Autovalutazione tutor (se candidato al ruolo).</w:t>
      </w:r>
      <w:r>
        <w:br/>
        <w:t>☐ Allegato B2 – Autovalutazione referente alla valutazione (se candidato al ruolo).</w:t>
      </w:r>
      <w:r>
        <w:br/>
        <w:t>☐ Allegato C – Dichiarazione di incompatibilità e conflitto di interessi.</w:t>
      </w:r>
      <w:r>
        <w:br/>
        <w:t>☐ Documento d’identità in corso di validità.</w:t>
      </w:r>
      <w:r>
        <w:br/>
      </w:r>
      <w:r>
        <w:lastRenderedPageBreak/>
        <w:t>☐ Documento d’identità non allegato, in quanto la domanda è firmata digitalmente o sottoscritta con altra modalità di identificazione ammessa dall’Avviso.</w:t>
      </w:r>
    </w:p>
    <w:p w14:paraId="404C7ADB" w14:textId="77777777" w:rsidR="00A86F14" w:rsidRDefault="00E528EA" w:rsidP="009821BF">
      <w:pPr>
        <w:jc w:val="both"/>
      </w:pPr>
      <w:r>
        <w:t>Nel curriculum, i titoli e le esperienze da valutare sono contrassegnati con una numerazione progressiva unica (1, 2, 3, …). Nelle schede B1/B2 sono riportati una breve descrizione di ciascuna voce e il corrispondente numero nel curriculum. Non è richiesta una proposta progettuale.</w:t>
      </w:r>
    </w:p>
    <w:p w14:paraId="5111FE25" w14:textId="77777777" w:rsidR="00A86F14" w:rsidRDefault="00E528EA" w:rsidP="009821BF">
      <w:pPr>
        <w:jc w:val="both"/>
      </w:pPr>
      <w:r>
        <w:t>Il/La sottoscritto/a indica i recapiti sopra riportati per le comunicazioni della procedura e si impegna a segnalarne le variazioni.</w:t>
      </w:r>
    </w:p>
    <w:p w14:paraId="3A4FC26F" w14:textId="77777777" w:rsidR="00A86F14" w:rsidRDefault="00E528EA">
      <w:r>
        <w:t>Luogo e data __________________________    Firma __________________________</w:t>
      </w:r>
    </w:p>
    <w:p w14:paraId="20E2F2DE" w14:textId="77777777" w:rsidR="00A86F14" w:rsidRDefault="00E528EA" w:rsidP="009821BF">
      <w:pPr>
        <w:jc w:val="both"/>
      </w:pPr>
      <w:r>
        <w:t>La domanda deve essere sottoscritta; è ammessa la firma digitale ai sensi del D.Lgs. 82/2005 e successive modificazioni.</w:t>
      </w:r>
    </w:p>
    <w:sectPr w:rsidR="00A86F14" w:rsidSect="00034616">
      <w:headerReference w:type="default" r:id="rId8"/>
      <w:footerReference w:type="default" r:id="rId9"/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69341C" w14:textId="77777777" w:rsidR="00596183" w:rsidRDefault="00596183">
      <w:pPr>
        <w:spacing w:after="0"/>
      </w:pPr>
      <w:r>
        <w:separator/>
      </w:r>
    </w:p>
  </w:endnote>
  <w:endnote w:type="continuationSeparator" w:id="0">
    <w:p w14:paraId="4C8B37AA" w14:textId="77777777" w:rsidR="00596183" w:rsidRDefault="0059618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523642" w14:textId="77777777" w:rsidR="00A86F14" w:rsidRDefault="00E528EA">
    <w:pPr>
      <w:pStyle w:val="Pidipagina"/>
      <w:jc w:val="right"/>
    </w:pPr>
    <w:r>
      <w:fldChar w:fldCharType="begin"/>
    </w:r>
    <w:r>
      <w:instrText>PAGE</w:instrText>
    </w:r>
    <w:r>
      <w:fldChar w:fldCharType="separate"/>
    </w:r>
    <w:r w:rsidR="009821BF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A0CA1D" w14:textId="77777777" w:rsidR="00596183" w:rsidRDefault="00596183">
      <w:pPr>
        <w:spacing w:after="0"/>
      </w:pPr>
      <w:r>
        <w:separator/>
      </w:r>
    </w:p>
  </w:footnote>
  <w:footnote w:type="continuationSeparator" w:id="0">
    <w:p w14:paraId="064C56DF" w14:textId="77777777" w:rsidR="00596183" w:rsidRDefault="0059618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14B4CC" w14:textId="70430F26" w:rsidR="009821BF" w:rsidRDefault="009821BF">
    <w:pPr>
      <w:pStyle w:val="Intestazione"/>
    </w:pPr>
    <w:r w:rsidRPr="009821BF">
      <w:rPr>
        <w:rFonts w:eastAsia="Calibri" w:cs="Times New Roman"/>
        <w:noProof/>
        <w:color w:val="auto"/>
        <w:lang w:val="it-IT"/>
      </w:rPr>
      <w:drawing>
        <wp:inline distT="0" distB="0" distL="0" distR="0" wp14:anchorId="57A90F80" wp14:editId="0BC49485">
          <wp:extent cx="6120130" cy="647230"/>
          <wp:effectExtent l="0" t="0" r="0" b="635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647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F203A"/>
    <w:rsid w:val="0029639D"/>
    <w:rsid w:val="00326F90"/>
    <w:rsid w:val="00596183"/>
    <w:rsid w:val="009821BF"/>
    <w:rsid w:val="00A86F14"/>
    <w:rsid w:val="00AA1D8D"/>
    <w:rsid w:val="00B3442D"/>
    <w:rsid w:val="00B47730"/>
    <w:rsid w:val="00CB0664"/>
    <w:rsid w:val="00CD2D88"/>
    <w:rsid w:val="00E528EA"/>
    <w:rsid w:val="00E74CB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C522F6"/>
  <w14:defaultImageDpi w14:val="330"/>
  <w15:docId w15:val="{505263CD-3DEE-495D-AA7A-397244B62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FC693F"/>
    <w:pPr>
      <w:spacing w:after="100" w:line="240" w:lineRule="auto"/>
    </w:pPr>
    <w:rPr>
      <w:rFonts w:ascii="Calibri" w:hAnsi="Calibri"/>
      <w:color w:val="00000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4D58ED1-30CD-4805-838E-BFAF122D6F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818</Words>
  <Characters>4665</Characters>
  <Application>Microsoft Office Word</Application>
  <DocSecurity>0</DocSecurity>
  <Lines>38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5473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UTENTE</cp:lastModifiedBy>
  <cp:revision>3</cp:revision>
  <dcterms:created xsi:type="dcterms:W3CDTF">2026-10-30T08:28:00Z</dcterms:created>
  <dcterms:modified xsi:type="dcterms:W3CDTF">2026-10-30T08:49:00Z</dcterms:modified>
  <cp:category/>
</cp:coreProperties>
</file>