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E7DB16" w14:textId="77777777" w:rsidR="00975A6D" w:rsidRDefault="00975A6D">
      <w:pPr>
        <w:rPr>
          <w:b/>
        </w:rPr>
      </w:pPr>
    </w:p>
    <w:p w14:paraId="004031F6" w14:textId="21C018FC" w:rsidR="004E065B" w:rsidRPr="00840736" w:rsidRDefault="00F63D76">
      <w:r w:rsidRPr="00840736">
        <w:rPr>
          <w:b/>
        </w:rPr>
        <w:t>ALLEGATO B1 – SCHEDA DI AUTOVALUTAZIONE</w:t>
      </w:r>
      <w:r w:rsidR="00975A6D" w:rsidRPr="00840736">
        <w:rPr>
          <w:b/>
        </w:rPr>
        <w:t xml:space="preserve"> </w:t>
      </w:r>
      <w:r w:rsidRPr="00840736">
        <w:rPr>
          <w:b/>
        </w:rPr>
        <w:t>TUTOR</w:t>
      </w:r>
    </w:p>
    <w:p w14:paraId="570C5CEF" w14:textId="77777777" w:rsidR="00975A6D" w:rsidRPr="00840736" w:rsidRDefault="00975A6D" w:rsidP="00975A6D">
      <w:r w:rsidRPr="00840736">
        <w:t>Al Dirigente scolastico</w:t>
      </w:r>
      <w:r w:rsidRPr="00840736">
        <w:br/>
        <w:t>Istituto Comprensivo Statale “Scopelliti-Green” – Rosarno</w:t>
      </w:r>
    </w:p>
    <w:p w14:paraId="10561DC9" w14:textId="77777777" w:rsidR="00975A6D" w:rsidRPr="00840736" w:rsidRDefault="00975A6D" w:rsidP="00975A6D">
      <w:r w:rsidRPr="00840736">
        <w:rPr>
          <w:b/>
        </w:rPr>
        <w:t>PR CALABRIA FESR FSE+ 2021–2027</w:t>
      </w:r>
      <w:r w:rsidRPr="00840736">
        <w:rPr>
          <w:b/>
        </w:rPr>
        <w:br/>
        <w:t xml:space="preserve">Obiettivo specifico ESO4.5 – Azione </w:t>
      </w:r>
      <w:proofErr w:type="gramStart"/>
      <w:r w:rsidRPr="00840736">
        <w:rPr>
          <w:b/>
        </w:rPr>
        <w:t>4.e.</w:t>
      </w:r>
      <w:proofErr w:type="gramEnd"/>
      <w:r w:rsidRPr="00840736">
        <w:rPr>
          <w:b/>
        </w:rPr>
        <w:t>1</w:t>
      </w:r>
      <w:r w:rsidRPr="00840736">
        <w:rPr>
          <w:b/>
        </w:rPr>
        <w:br/>
        <w:t>“Vivi e Scopri la Calabria” – II finestra</w:t>
      </w:r>
    </w:p>
    <w:p w14:paraId="52C15D25" w14:textId="77777777" w:rsidR="00975A6D" w:rsidRPr="00840736" w:rsidRDefault="00975A6D" w:rsidP="00975A6D">
      <w:r w:rsidRPr="00840736">
        <w:t>Progetto: “Esplorare, narrare e gustare la ‘</w:t>
      </w:r>
      <w:proofErr w:type="spellStart"/>
      <w:r w:rsidRPr="00840736">
        <w:t>Calabresità</w:t>
      </w:r>
      <w:proofErr w:type="spellEnd"/>
      <w:r w:rsidRPr="00840736">
        <w:t>’ – 2ª annualità”</w:t>
      </w:r>
      <w:r w:rsidRPr="00840736">
        <w:br/>
        <w:t>CUP: B94D26003060006 – Finanziamento complessivo: € 73.500,00</w:t>
      </w:r>
      <w:r w:rsidRPr="00840736">
        <w:br/>
        <w:t>Convenzione: repertorio Regione Calabria n. 4007 del 03/08/2026</w:t>
      </w:r>
    </w:p>
    <w:p w14:paraId="5F1F25F6" w14:textId="257A59C3" w:rsidR="00975A6D" w:rsidRPr="00840736" w:rsidRDefault="00975A6D" w:rsidP="00975A6D">
      <w:r w:rsidRPr="007C453C">
        <w:t xml:space="preserve">Avviso di selezione interna per n. 8 tutor e n. 1 referente alla valutazione, prot. n. </w:t>
      </w:r>
      <w:r w:rsidR="007C453C" w:rsidRPr="007C453C">
        <w:t>0007389/U</w:t>
      </w:r>
      <w:r w:rsidRPr="007C453C">
        <w:t xml:space="preserve"> del </w:t>
      </w:r>
      <w:r w:rsidR="007C453C" w:rsidRPr="007C453C">
        <w:t>30/10/2026</w:t>
      </w:r>
      <w:bookmarkStart w:id="0" w:name="_GoBack"/>
      <w:bookmarkEnd w:id="0"/>
      <w:r w:rsidRPr="007C453C">
        <w:t>.</w:t>
      </w:r>
    </w:p>
    <w:p w14:paraId="620EA00D" w14:textId="77777777" w:rsidR="00975A6D" w:rsidRPr="00840736" w:rsidRDefault="00975A6D"/>
    <w:p w14:paraId="042FB9C5" w14:textId="25CDC516" w:rsidR="004E065B" w:rsidRPr="00840736" w:rsidRDefault="00F63D76" w:rsidP="00840736">
      <w:pPr>
        <w:ind w:right="220"/>
      </w:pPr>
      <w:r w:rsidRPr="00840736">
        <w:t>Candidato/a: _______________________________________________________</w:t>
      </w:r>
    </w:p>
    <w:p w14:paraId="35F677EF" w14:textId="77777777" w:rsidR="004E065B" w:rsidRPr="00840736" w:rsidRDefault="00F63D76" w:rsidP="00840736">
      <w:pPr>
        <w:ind w:right="220"/>
      </w:pPr>
      <w:r w:rsidRPr="00840736">
        <w:rPr>
          <w:b/>
        </w:rPr>
        <w:t>Criteri dell’articolo 4 dell’Avviso – punteggio massimo complessivo: 50 punti.</w:t>
      </w:r>
    </w:p>
    <w:p w14:paraId="4B63DC99" w14:textId="77777777" w:rsidR="004E065B" w:rsidRPr="00840736" w:rsidRDefault="00F63D76" w:rsidP="00840736">
      <w:pPr>
        <w:ind w:right="220"/>
        <w:jc w:val="both"/>
      </w:pPr>
      <w:r w:rsidRPr="00840736">
        <w:t>ISTRUZIONI: indicare un titolo o un’esperienza per riga, con breve descrizione e numero progressivo assegnato alla relativa voce nel curriculum. Utilizzare una numerazione unica nel CV. Compilare il punteggio richiesto; lasciare vuota la colonna della commissione. Sono aggiungibili righe o fogli di seguito firmati, senza modificare criteri e massimali.</w:t>
      </w:r>
    </w:p>
    <w:p w14:paraId="5112AC14" w14:textId="77777777" w:rsidR="004E065B" w:rsidRPr="00840736" w:rsidRDefault="00F63D76" w:rsidP="007E7E66">
      <w:pPr>
        <w:ind w:right="220"/>
        <w:jc w:val="both"/>
      </w:pPr>
      <w:r w:rsidRPr="00840736">
        <w:rPr>
          <w:b/>
        </w:rPr>
        <w:t>Criterio 1 – Servizio di insegnamento: 1 punto per anno scolastico riconoscibile secondo il criterio sotto indicato. Massimo 5 punti.</w:t>
      </w:r>
    </w:p>
    <w:p w14:paraId="54605494" w14:textId="77777777" w:rsidR="004E065B" w:rsidRPr="00840736" w:rsidRDefault="00F63D76" w:rsidP="00840736">
      <w:pPr>
        <w:ind w:right="220"/>
        <w:jc w:val="both"/>
      </w:pPr>
      <w:r w:rsidRPr="00840736">
        <w:t>È valutato un anno scolastico con almeno 180 giorni di servizio oppure con servizio ininterrotto dal 1° febbraio fino al termine delle operazioni di scrutinio finale. Indicare gli anni scolastici e i periodi utili; massimo 5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840736" w14:paraId="7198BEA7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0E999F64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368468D7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10B6CBB6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4FB1C328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attribuiti dalla commissione</w:t>
            </w:r>
          </w:p>
        </w:tc>
      </w:tr>
      <w:tr w:rsidR="004E065B" w:rsidRPr="00840736" w14:paraId="32280559" w14:textId="77777777" w:rsidTr="00840736">
        <w:trPr>
          <w:cantSplit/>
          <w:trHeight w:val="369"/>
        </w:trPr>
        <w:tc>
          <w:tcPr>
            <w:tcW w:w="4649" w:type="dxa"/>
          </w:tcPr>
          <w:p w14:paraId="0BD706CE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532CC34F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774D898F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74A3274F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28D118DF" w14:textId="77777777" w:rsidTr="00840736">
        <w:trPr>
          <w:cantSplit/>
          <w:trHeight w:val="369"/>
        </w:trPr>
        <w:tc>
          <w:tcPr>
            <w:tcW w:w="4649" w:type="dxa"/>
          </w:tcPr>
          <w:p w14:paraId="446206B7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7FA87D15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7DD39054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3854D08A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0BD98F4C" w14:textId="77777777" w:rsidTr="00840736">
        <w:trPr>
          <w:cantSplit/>
          <w:trHeight w:val="369"/>
        </w:trPr>
        <w:tc>
          <w:tcPr>
            <w:tcW w:w="4649" w:type="dxa"/>
          </w:tcPr>
          <w:p w14:paraId="78B3FB93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2BC72B11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12CBFDFA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36DB0848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70775409" w14:textId="77777777" w:rsidTr="00840736">
        <w:trPr>
          <w:cantSplit/>
          <w:trHeight w:val="369"/>
        </w:trPr>
        <w:tc>
          <w:tcPr>
            <w:tcW w:w="4649" w:type="dxa"/>
          </w:tcPr>
          <w:p w14:paraId="345B019F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2259EE48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6F16F880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5F48371E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2CFAF303" w14:textId="77777777" w:rsidTr="00840736">
        <w:trPr>
          <w:cantSplit/>
          <w:trHeight w:val="369"/>
        </w:trPr>
        <w:tc>
          <w:tcPr>
            <w:tcW w:w="4649" w:type="dxa"/>
          </w:tcPr>
          <w:p w14:paraId="2CDFCAD1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20747CFC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2FEB86D8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79A0E841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62D039F9" w14:textId="77777777" w:rsidTr="00840736">
        <w:trPr>
          <w:cantSplit/>
          <w:trHeight w:val="369"/>
        </w:trPr>
        <w:tc>
          <w:tcPr>
            <w:tcW w:w="4649" w:type="dxa"/>
          </w:tcPr>
          <w:p w14:paraId="3249750F" w14:textId="77777777" w:rsidR="004E065B" w:rsidRPr="00840736" w:rsidRDefault="00F63D76">
            <w:pPr>
              <w:spacing w:after="60"/>
            </w:pPr>
            <w:r w:rsidRPr="00840736">
              <w:t>Subtotale criterio 1 (max 5)</w:t>
            </w:r>
          </w:p>
        </w:tc>
        <w:tc>
          <w:tcPr>
            <w:tcW w:w="1838" w:type="dxa"/>
          </w:tcPr>
          <w:p w14:paraId="471C986A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2F0FFDCA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1387FBB6" w14:textId="77777777" w:rsidR="004E065B" w:rsidRPr="00840736" w:rsidRDefault="004E065B">
            <w:pPr>
              <w:spacing w:after="60"/>
            </w:pPr>
          </w:p>
        </w:tc>
      </w:tr>
    </w:tbl>
    <w:p w14:paraId="694D02E3" w14:textId="77777777" w:rsidR="004E065B" w:rsidRPr="00840736" w:rsidRDefault="004E065B"/>
    <w:p w14:paraId="4A749ADA" w14:textId="77777777" w:rsidR="004E065B" w:rsidRPr="00840736" w:rsidRDefault="00F63D76">
      <w:r w:rsidRPr="00840736">
        <w:rPr>
          <w:b/>
        </w:rPr>
        <w:t>Criterio 2 – Incarichi documentati di tutoraggio in progetti formativi finanziati: 3 punti per incarico. Massimo 15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840736" w14:paraId="4A0589ED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7665759C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2D5DC866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01DDCC19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34EB82CC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attribuiti dalla commissione</w:t>
            </w:r>
          </w:p>
        </w:tc>
      </w:tr>
      <w:tr w:rsidR="004E065B" w:rsidRPr="00840736" w14:paraId="361B923E" w14:textId="77777777" w:rsidTr="00840736">
        <w:trPr>
          <w:cantSplit/>
          <w:trHeight w:val="369"/>
        </w:trPr>
        <w:tc>
          <w:tcPr>
            <w:tcW w:w="4649" w:type="dxa"/>
          </w:tcPr>
          <w:p w14:paraId="51893452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17A904DC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4A2C21F2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1A1F1955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0E543FCD" w14:textId="77777777" w:rsidTr="00840736">
        <w:trPr>
          <w:cantSplit/>
          <w:trHeight w:val="369"/>
        </w:trPr>
        <w:tc>
          <w:tcPr>
            <w:tcW w:w="4649" w:type="dxa"/>
          </w:tcPr>
          <w:p w14:paraId="5AC62F7C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00189585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4A2CD141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34647E76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37BDBC31" w14:textId="77777777" w:rsidTr="00840736">
        <w:trPr>
          <w:cantSplit/>
          <w:trHeight w:val="369"/>
        </w:trPr>
        <w:tc>
          <w:tcPr>
            <w:tcW w:w="4649" w:type="dxa"/>
          </w:tcPr>
          <w:p w14:paraId="51204129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5D70A9BE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462CD4C9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40EBF90A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697B31ED" w14:textId="77777777" w:rsidTr="00840736">
        <w:trPr>
          <w:cantSplit/>
          <w:trHeight w:val="369"/>
        </w:trPr>
        <w:tc>
          <w:tcPr>
            <w:tcW w:w="4649" w:type="dxa"/>
          </w:tcPr>
          <w:p w14:paraId="04E96930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0975118F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6B2F5A7C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12AF4873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66C75082" w14:textId="77777777" w:rsidTr="00840736">
        <w:trPr>
          <w:cantSplit/>
          <w:trHeight w:val="369"/>
        </w:trPr>
        <w:tc>
          <w:tcPr>
            <w:tcW w:w="4649" w:type="dxa"/>
          </w:tcPr>
          <w:p w14:paraId="36373C3F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000F0CFD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5C72000E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1C78F121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38E5DEA8" w14:textId="77777777" w:rsidTr="00840736">
        <w:trPr>
          <w:cantSplit/>
          <w:trHeight w:val="369"/>
        </w:trPr>
        <w:tc>
          <w:tcPr>
            <w:tcW w:w="4649" w:type="dxa"/>
          </w:tcPr>
          <w:p w14:paraId="07687D0C" w14:textId="77777777" w:rsidR="004E065B" w:rsidRPr="00840736" w:rsidRDefault="00F63D76">
            <w:pPr>
              <w:spacing w:after="60"/>
            </w:pPr>
            <w:r w:rsidRPr="00840736">
              <w:t>Subtotale criterio 2 (max 15)</w:t>
            </w:r>
          </w:p>
        </w:tc>
        <w:tc>
          <w:tcPr>
            <w:tcW w:w="1838" w:type="dxa"/>
          </w:tcPr>
          <w:p w14:paraId="4E91E576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4E1CD13C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4293BDD1" w14:textId="77777777" w:rsidR="004E065B" w:rsidRPr="00840736" w:rsidRDefault="004E065B">
            <w:pPr>
              <w:spacing w:after="60"/>
            </w:pPr>
          </w:p>
        </w:tc>
      </w:tr>
    </w:tbl>
    <w:p w14:paraId="659BA3CD" w14:textId="77777777" w:rsidR="004E065B" w:rsidRPr="00840736" w:rsidRDefault="004E065B"/>
    <w:p w14:paraId="08545E1D" w14:textId="77777777" w:rsidR="004E065B" w:rsidRPr="00840736" w:rsidRDefault="00F63D76">
      <w:r w:rsidRPr="00840736">
        <w:rPr>
          <w:b/>
        </w:rPr>
        <w:t>Criterio 3 – Incarichi formalizzati di accompagnamento in viaggi d’istruzione o percorsi residenziali per alunni: 2 punti per esperienza. Massimo 10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840736" w14:paraId="02BA5FEA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27AB23C7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6B884755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66257100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456D0735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attribuiti dalla commissione</w:t>
            </w:r>
          </w:p>
        </w:tc>
      </w:tr>
      <w:tr w:rsidR="004E065B" w:rsidRPr="00840736" w14:paraId="222C8267" w14:textId="77777777" w:rsidTr="00840736">
        <w:trPr>
          <w:cantSplit/>
          <w:trHeight w:val="369"/>
        </w:trPr>
        <w:tc>
          <w:tcPr>
            <w:tcW w:w="4649" w:type="dxa"/>
          </w:tcPr>
          <w:p w14:paraId="42FE3773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2DA20D66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3CE8CBA3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49D8EDED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341C4DE1" w14:textId="77777777" w:rsidTr="00840736">
        <w:trPr>
          <w:cantSplit/>
          <w:trHeight w:val="369"/>
        </w:trPr>
        <w:tc>
          <w:tcPr>
            <w:tcW w:w="4649" w:type="dxa"/>
          </w:tcPr>
          <w:p w14:paraId="20937313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53B26895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7E62FD4F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369CB018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31F61537" w14:textId="77777777" w:rsidTr="00840736">
        <w:trPr>
          <w:cantSplit/>
          <w:trHeight w:val="369"/>
        </w:trPr>
        <w:tc>
          <w:tcPr>
            <w:tcW w:w="4649" w:type="dxa"/>
          </w:tcPr>
          <w:p w14:paraId="3CE47D51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24A85855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6951686D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73201C99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35A32D88" w14:textId="77777777" w:rsidTr="00840736">
        <w:trPr>
          <w:cantSplit/>
          <w:trHeight w:val="369"/>
        </w:trPr>
        <w:tc>
          <w:tcPr>
            <w:tcW w:w="4649" w:type="dxa"/>
          </w:tcPr>
          <w:p w14:paraId="4898ADBB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244DB51A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54297BF0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568489B1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63E10CDA" w14:textId="77777777" w:rsidTr="00840736">
        <w:trPr>
          <w:cantSplit/>
          <w:trHeight w:val="369"/>
        </w:trPr>
        <w:tc>
          <w:tcPr>
            <w:tcW w:w="4649" w:type="dxa"/>
          </w:tcPr>
          <w:p w14:paraId="50169944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0E029DE6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15702C04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0B55566B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28A5A34B" w14:textId="77777777" w:rsidTr="00840736">
        <w:trPr>
          <w:cantSplit/>
          <w:trHeight w:val="369"/>
        </w:trPr>
        <w:tc>
          <w:tcPr>
            <w:tcW w:w="4649" w:type="dxa"/>
          </w:tcPr>
          <w:p w14:paraId="4BB6FA0F" w14:textId="77777777" w:rsidR="004E065B" w:rsidRPr="00840736" w:rsidRDefault="00F63D76">
            <w:pPr>
              <w:spacing w:after="60"/>
            </w:pPr>
            <w:r w:rsidRPr="00840736">
              <w:t>Subtotale criterio 3 (max 10)</w:t>
            </w:r>
          </w:p>
        </w:tc>
        <w:tc>
          <w:tcPr>
            <w:tcW w:w="1838" w:type="dxa"/>
          </w:tcPr>
          <w:p w14:paraId="45A3FCBF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3F24096C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648A4C7F" w14:textId="77777777" w:rsidR="004E065B" w:rsidRPr="00840736" w:rsidRDefault="004E065B">
            <w:pPr>
              <w:spacing w:after="60"/>
            </w:pPr>
          </w:p>
        </w:tc>
      </w:tr>
    </w:tbl>
    <w:p w14:paraId="75763116" w14:textId="77777777" w:rsidR="004E065B" w:rsidRPr="00840736" w:rsidRDefault="004E065B"/>
    <w:p w14:paraId="524605B6" w14:textId="77777777" w:rsidR="004E065B" w:rsidRPr="00840736" w:rsidRDefault="00F63D76">
      <w:r w:rsidRPr="00840736">
        <w:rPr>
          <w:b/>
        </w:rPr>
        <w:t>Criterio 4 – Incarichi pertinenti di coordinamento, funzione strumentale o responsabilità organizzativa: 2 punti per incarico. Massimo 10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840736" w14:paraId="5385C3DC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63560689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7645936D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6635BEBF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36E392DC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attribuiti dalla commissione</w:t>
            </w:r>
          </w:p>
        </w:tc>
      </w:tr>
      <w:tr w:rsidR="004E065B" w:rsidRPr="00840736" w14:paraId="27C83D61" w14:textId="77777777" w:rsidTr="00840736">
        <w:trPr>
          <w:cantSplit/>
          <w:trHeight w:val="369"/>
        </w:trPr>
        <w:tc>
          <w:tcPr>
            <w:tcW w:w="4649" w:type="dxa"/>
          </w:tcPr>
          <w:p w14:paraId="4DB7A2C4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18EC1CDC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351BEDBA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0B7BCF31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35F09DDC" w14:textId="77777777" w:rsidTr="00840736">
        <w:trPr>
          <w:cantSplit/>
          <w:trHeight w:val="369"/>
        </w:trPr>
        <w:tc>
          <w:tcPr>
            <w:tcW w:w="4649" w:type="dxa"/>
          </w:tcPr>
          <w:p w14:paraId="47E77D04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16B3E6EF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0EAF288F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70B39F3B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0F709168" w14:textId="77777777" w:rsidTr="00840736">
        <w:trPr>
          <w:cantSplit/>
          <w:trHeight w:val="369"/>
        </w:trPr>
        <w:tc>
          <w:tcPr>
            <w:tcW w:w="4649" w:type="dxa"/>
          </w:tcPr>
          <w:p w14:paraId="6AE4CB79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665ED6E4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5F66E56F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097CAFCA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16A0C0A6" w14:textId="77777777" w:rsidTr="00840736">
        <w:trPr>
          <w:cantSplit/>
          <w:trHeight w:val="369"/>
        </w:trPr>
        <w:tc>
          <w:tcPr>
            <w:tcW w:w="4649" w:type="dxa"/>
          </w:tcPr>
          <w:p w14:paraId="6C86FF05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11F26485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1B0705FB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777D227B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7BB6BAD0" w14:textId="77777777" w:rsidTr="00840736">
        <w:trPr>
          <w:cantSplit/>
          <w:trHeight w:val="369"/>
        </w:trPr>
        <w:tc>
          <w:tcPr>
            <w:tcW w:w="4649" w:type="dxa"/>
          </w:tcPr>
          <w:p w14:paraId="300B4C70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3C803E01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1ED7739F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4A7B6AA3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1AD8B6D2" w14:textId="77777777" w:rsidTr="00840736">
        <w:trPr>
          <w:cantSplit/>
          <w:trHeight w:val="369"/>
        </w:trPr>
        <w:tc>
          <w:tcPr>
            <w:tcW w:w="4649" w:type="dxa"/>
          </w:tcPr>
          <w:p w14:paraId="2C29C855" w14:textId="77777777" w:rsidR="004E065B" w:rsidRPr="00840736" w:rsidRDefault="00F63D76">
            <w:pPr>
              <w:spacing w:after="60"/>
            </w:pPr>
            <w:r w:rsidRPr="00840736">
              <w:t>Subtotale criterio 4 (max 10)</w:t>
            </w:r>
          </w:p>
        </w:tc>
        <w:tc>
          <w:tcPr>
            <w:tcW w:w="1838" w:type="dxa"/>
          </w:tcPr>
          <w:p w14:paraId="59F727A4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79B89258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38D33D05" w14:textId="77777777" w:rsidR="004E065B" w:rsidRPr="00840736" w:rsidRDefault="004E065B">
            <w:pPr>
              <w:spacing w:after="60"/>
            </w:pPr>
          </w:p>
        </w:tc>
      </w:tr>
    </w:tbl>
    <w:p w14:paraId="06EA4D24" w14:textId="77777777" w:rsidR="004E065B" w:rsidRPr="00840736" w:rsidRDefault="004E065B"/>
    <w:p w14:paraId="659E100E" w14:textId="77777777" w:rsidR="004E065B" w:rsidRPr="00840736" w:rsidRDefault="00F63D76">
      <w:r w:rsidRPr="00840736">
        <w:br w:type="page"/>
      </w:r>
    </w:p>
    <w:p w14:paraId="2E0E3F65" w14:textId="77777777" w:rsidR="004E065B" w:rsidRPr="00840736" w:rsidRDefault="00F63D76">
      <w:r w:rsidRPr="00840736">
        <w:rPr>
          <w:b/>
        </w:rPr>
        <w:lastRenderedPageBreak/>
        <w:t>Criterio 5 – Corsi di almeno 10 ore su inclusione, gestione dei gruppi, metodologie laboratoriali, tutoraggio o documentazione: 1 punto per corso. Massimo 5 punti.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840736" w14:paraId="510C5792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73A2D21E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4863AD3A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32F96C4D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25BCA4D5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attribuiti dalla commissione</w:t>
            </w:r>
          </w:p>
        </w:tc>
      </w:tr>
      <w:tr w:rsidR="004E065B" w:rsidRPr="00840736" w14:paraId="1A95EDFC" w14:textId="77777777" w:rsidTr="00840736">
        <w:trPr>
          <w:cantSplit/>
          <w:trHeight w:val="369"/>
        </w:trPr>
        <w:tc>
          <w:tcPr>
            <w:tcW w:w="4649" w:type="dxa"/>
          </w:tcPr>
          <w:p w14:paraId="61884DDC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451FD83F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71B7D53B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347C2B4D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3EA0A794" w14:textId="77777777" w:rsidTr="00840736">
        <w:trPr>
          <w:cantSplit/>
          <w:trHeight w:val="369"/>
        </w:trPr>
        <w:tc>
          <w:tcPr>
            <w:tcW w:w="4649" w:type="dxa"/>
          </w:tcPr>
          <w:p w14:paraId="04D79B31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5E695495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09DEB14C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3F4469EE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72933A70" w14:textId="77777777" w:rsidTr="00840736">
        <w:trPr>
          <w:cantSplit/>
          <w:trHeight w:val="369"/>
        </w:trPr>
        <w:tc>
          <w:tcPr>
            <w:tcW w:w="4649" w:type="dxa"/>
          </w:tcPr>
          <w:p w14:paraId="3449A39F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0816CFD9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6E307D70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55492813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1EF073AF" w14:textId="77777777" w:rsidTr="00840736">
        <w:trPr>
          <w:cantSplit/>
          <w:trHeight w:val="369"/>
        </w:trPr>
        <w:tc>
          <w:tcPr>
            <w:tcW w:w="4649" w:type="dxa"/>
          </w:tcPr>
          <w:p w14:paraId="1535DD37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4E744AA4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5E60503D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2FF32C1F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62852456" w14:textId="77777777" w:rsidTr="00840736">
        <w:trPr>
          <w:cantSplit/>
          <w:trHeight w:val="369"/>
        </w:trPr>
        <w:tc>
          <w:tcPr>
            <w:tcW w:w="4649" w:type="dxa"/>
          </w:tcPr>
          <w:p w14:paraId="0992D2ED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60B2731C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38F6EF09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743CFB64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5D54E243" w14:textId="77777777" w:rsidTr="00840736">
        <w:trPr>
          <w:cantSplit/>
          <w:trHeight w:val="369"/>
        </w:trPr>
        <w:tc>
          <w:tcPr>
            <w:tcW w:w="4649" w:type="dxa"/>
          </w:tcPr>
          <w:p w14:paraId="28CFDE92" w14:textId="77777777" w:rsidR="004E065B" w:rsidRPr="00840736" w:rsidRDefault="00F63D76">
            <w:pPr>
              <w:spacing w:after="60"/>
            </w:pPr>
            <w:r w:rsidRPr="00840736">
              <w:t>Subtotale criterio 5 (max 5)</w:t>
            </w:r>
          </w:p>
        </w:tc>
        <w:tc>
          <w:tcPr>
            <w:tcW w:w="1838" w:type="dxa"/>
          </w:tcPr>
          <w:p w14:paraId="499A4D06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3F89ABAF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1F8C1D83" w14:textId="77777777" w:rsidR="004E065B" w:rsidRPr="00840736" w:rsidRDefault="004E065B">
            <w:pPr>
              <w:spacing w:after="60"/>
            </w:pPr>
          </w:p>
        </w:tc>
      </w:tr>
    </w:tbl>
    <w:p w14:paraId="1C78FC9C" w14:textId="77777777" w:rsidR="004E065B" w:rsidRPr="00840736" w:rsidRDefault="004E065B"/>
    <w:p w14:paraId="687F9F19" w14:textId="338EA102" w:rsidR="004E065B" w:rsidRPr="00840736" w:rsidRDefault="00F63D76">
      <w:r w:rsidRPr="00840736">
        <w:rPr>
          <w:b/>
        </w:rPr>
        <w:t xml:space="preserve">Criterio 6 – </w:t>
      </w:r>
      <w:r w:rsidR="007E7E66" w:rsidRPr="007E7E66">
        <w:rPr>
          <w:b/>
        </w:rPr>
        <w:t>Certificazioni informatiche attestanti competenze digitali: 1 punto per certificazione, fino a un massimo di 5 punti. Non sono valutabili in questa voce i semplici attestati di partecipazione a corsi di formazione</w:t>
      </w:r>
      <w:r w:rsidRPr="00840736">
        <w:rPr>
          <w:b/>
        </w:rPr>
        <w:t>.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838"/>
        <w:gridCol w:w="1985"/>
        <w:gridCol w:w="1984"/>
      </w:tblGrid>
      <w:tr w:rsidR="004E065B" w:rsidRPr="00840736" w14:paraId="62CDEFCA" w14:textId="77777777" w:rsidTr="00840736">
        <w:trPr>
          <w:cantSplit/>
          <w:tblHeader/>
        </w:trPr>
        <w:tc>
          <w:tcPr>
            <w:tcW w:w="4649" w:type="dxa"/>
            <w:shd w:val="clear" w:color="auto" w:fill="D9E2F3"/>
          </w:tcPr>
          <w:p w14:paraId="0307654B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Breve descrizione del titolo o dell’esperienza</w:t>
            </w:r>
          </w:p>
        </w:tc>
        <w:tc>
          <w:tcPr>
            <w:tcW w:w="1838" w:type="dxa"/>
            <w:shd w:val="clear" w:color="auto" w:fill="D9E2F3"/>
          </w:tcPr>
          <w:p w14:paraId="4DC58E3D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N. riferimento nel curriculum</w:t>
            </w:r>
          </w:p>
        </w:tc>
        <w:tc>
          <w:tcPr>
            <w:tcW w:w="1985" w:type="dxa"/>
            <w:shd w:val="clear" w:color="auto" w:fill="D9E2F3"/>
          </w:tcPr>
          <w:p w14:paraId="2EEEA982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richiesti dal candidato</w:t>
            </w:r>
          </w:p>
        </w:tc>
        <w:tc>
          <w:tcPr>
            <w:tcW w:w="1984" w:type="dxa"/>
            <w:shd w:val="clear" w:color="auto" w:fill="D9E2F3"/>
          </w:tcPr>
          <w:p w14:paraId="14E9A790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attribuiti dalla commissione</w:t>
            </w:r>
          </w:p>
        </w:tc>
      </w:tr>
      <w:tr w:rsidR="004E065B" w:rsidRPr="00840736" w14:paraId="13A39DC2" w14:textId="77777777" w:rsidTr="00840736">
        <w:trPr>
          <w:cantSplit/>
          <w:trHeight w:val="369"/>
        </w:trPr>
        <w:tc>
          <w:tcPr>
            <w:tcW w:w="4649" w:type="dxa"/>
          </w:tcPr>
          <w:p w14:paraId="1175063B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517CC3D9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3A72416F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4C4524DA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4E7BB571" w14:textId="77777777" w:rsidTr="00840736">
        <w:trPr>
          <w:cantSplit/>
          <w:trHeight w:val="369"/>
        </w:trPr>
        <w:tc>
          <w:tcPr>
            <w:tcW w:w="4649" w:type="dxa"/>
          </w:tcPr>
          <w:p w14:paraId="06E7D7CC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074E690E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6620FD8C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1AABDE4B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1541EBCF" w14:textId="77777777" w:rsidTr="00840736">
        <w:trPr>
          <w:cantSplit/>
          <w:trHeight w:val="369"/>
        </w:trPr>
        <w:tc>
          <w:tcPr>
            <w:tcW w:w="4649" w:type="dxa"/>
          </w:tcPr>
          <w:p w14:paraId="7AEC93DA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60F1104C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1B0B286D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161A97E5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2D89F128" w14:textId="77777777" w:rsidTr="00840736">
        <w:trPr>
          <w:cantSplit/>
          <w:trHeight w:val="369"/>
        </w:trPr>
        <w:tc>
          <w:tcPr>
            <w:tcW w:w="4649" w:type="dxa"/>
          </w:tcPr>
          <w:p w14:paraId="1D001FD8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28D26B6D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2B6FF2CA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00C20016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2F3FC30F" w14:textId="77777777" w:rsidTr="00840736">
        <w:trPr>
          <w:cantSplit/>
          <w:trHeight w:val="369"/>
        </w:trPr>
        <w:tc>
          <w:tcPr>
            <w:tcW w:w="4649" w:type="dxa"/>
          </w:tcPr>
          <w:p w14:paraId="1FF568F8" w14:textId="77777777" w:rsidR="004E065B" w:rsidRPr="00840736" w:rsidRDefault="004E065B">
            <w:pPr>
              <w:spacing w:after="60"/>
            </w:pPr>
          </w:p>
        </w:tc>
        <w:tc>
          <w:tcPr>
            <w:tcW w:w="1838" w:type="dxa"/>
          </w:tcPr>
          <w:p w14:paraId="24C8C47B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45265E5D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6BFEF667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446EEA22" w14:textId="77777777" w:rsidTr="00840736">
        <w:trPr>
          <w:cantSplit/>
          <w:trHeight w:val="369"/>
        </w:trPr>
        <w:tc>
          <w:tcPr>
            <w:tcW w:w="4649" w:type="dxa"/>
          </w:tcPr>
          <w:p w14:paraId="3C2AD0D2" w14:textId="77777777" w:rsidR="004E065B" w:rsidRPr="00840736" w:rsidRDefault="00F63D76">
            <w:pPr>
              <w:spacing w:after="60"/>
            </w:pPr>
            <w:r w:rsidRPr="00840736">
              <w:t>Subtotale criterio 6 (max 5)</w:t>
            </w:r>
          </w:p>
        </w:tc>
        <w:tc>
          <w:tcPr>
            <w:tcW w:w="1838" w:type="dxa"/>
          </w:tcPr>
          <w:p w14:paraId="5199CEDF" w14:textId="77777777" w:rsidR="004E065B" w:rsidRPr="00840736" w:rsidRDefault="004E065B">
            <w:pPr>
              <w:spacing w:after="60"/>
            </w:pPr>
          </w:p>
        </w:tc>
        <w:tc>
          <w:tcPr>
            <w:tcW w:w="1985" w:type="dxa"/>
          </w:tcPr>
          <w:p w14:paraId="14A21EE6" w14:textId="77777777" w:rsidR="004E065B" w:rsidRPr="00840736" w:rsidRDefault="004E065B">
            <w:pPr>
              <w:spacing w:after="60"/>
            </w:pPr>
          </w:p>
        </w:tc>
        <w:tc>
          <w:tcPr>
            <w:tcW w:w="1984" w:type="dxa"/>
          </w:tcPr>
          <w:p w14:paraId="2A8827E3" w14:textId="77777777" w:rsidR="004E065B" w:rsidRPr="00840736" w:rsidRDefault="004E065B">
            <w:pPr>
              <w:spacing w:after="60"/>
            </w:pPr>
          </w:p>
        </w:tc>
      </w:tr>
    </w:tbl>
    <w:p w14:paraId="6E18FCCE" w14:textId="77777777" w:rsidR="004E065B" w:rsidRPr="00840736" w:rsidRDefault="004E065B"/>
    <w:p w14:paraId="4FA75E99" w14:textId="77777777" w:rsidR="004E065B" w:rsidRPr="00840736" w:rsidRDefault="00F63D76">
      <w:r w:rsidRPr="00840736">
        <w:rPr>
          <w:b/>
        </w:rPr>
        <w:t>RIEPILOGO DEI PUNTEGGI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361"/>
        <w:gridCol w:w="1361"/>
        <w:gridCol w:w="3685"/>
        <w:gridCol w:w="3685"/>
      </w:tblGrid>
      <w:tr w:rsidR="004E065B" w:rsidRPr="00840736" w14:paraId="6D12DA29" w14:textId="77777777">
        <w:trPr>
          <w:cantSplit/>
          <w:tblHeader/>
        </w:trPr>
        <w:tc>
          <w:tcPr>
            <w:tcW w:w="1361" w:type="dxa"/>
            <w:shd w:val="clear" w:color="auto" w:fill="D9E2F3"/>
          </w:tcPr>
          <w:p w14:paraId="62E505D9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Criterio</w:t>
            </w:r>
          </w:p>
        </w:tc>
        <w:tc>
          <w:tcPr>
            <w:tcW w:w="1361" w:type="dxa"/>
            <w:shd w:val="clear" w:color="auto" w:fill="D9E2F3"/>
          </w:tcPr>
          <w:p w14:paraId="071E2FC0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Massimo</w:t>
            </w:r>
          </w:p>
        </w:tc>
        <w:tc>
          <w:tcPr>
            <w:tcW w:w="3685" w:type="dxa"/>
            <w:shd w:val="clear" w:color="auto" w:fill="D9E2F3"/>
          </w:tcPr>
          <w:p w14:paraId="2C1A8B07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richiesti</w:t>
            </w:r>
          </w:p>
        </w:tc>
        <w:tc>
          <w:tcPr>
            <w:tcW w:w="3685" w:type="dxa"/>
            <w:shd w:val="clear" w:color="auto" w:fill="D9E2F3"/>
          </w:tcPr>
          <w:p w14:paraId="115460D1" w14:textId="77777777" w:rsidR="004E065B" w:rsidRPr="00840736" w:rsidRDefault="00F63D76">
            <w:pPr>
              <w:spacing w:after="60"/>
            </w:pPr>
            <w:r w:rsidRPr="00840736">
              <w:rPr>
                <w:b/>
              </w:rPr>
              <w:t>Punti commissione</w:t>
            </w:r>
          </w:p>
        </w:tc>
      </w:tr>
      <w:tr w:rsidR="004E065B" w:rsidRPr="00840736" w14:paraId="5F6E8522" w14:textId="77777777">
        <w:trPr>
          <w:cantSplit/>
          <w:trHeight w:val="369"/>
        </w:trPr>
        <w:tc>
          <w:tcPr>
            <w:tcW w:w="1361" w:type="dxa"/>
          </w:tcPr>
          <w:p w14:paraId="0748457E" w14:textId="77777777" w:rsidR="004E065B" w:rsidRPr="00840736" w:rsidRDefault="00F63D76">
            <w:pPr>
              <w:spacing w:after="60"/>
            </w:pPr>
            <w:r w:rsidRPr="00840736">
              <w:t>1</w:t>
            </w:r>
          </w:p>
        </w:tc>
        <w:tc>
          <w:tcPr>
            <w:tcW w:w="1361" w:type="dxa"/>
          </w:tcPr>
          <w:p w14:paraId="7A9EAA24" w14:textId="77777777" w:rsidR="004E065B" w:rsidRPr="00840736" w:rsidRDefault="00F63D76">
            <w:pPr>
              <w:spacing w:after="60"/>
            </w:pPr>
            <w:r w:rsidRPr="00840736">
              <w:t>5</w:t>
            </w:r>
          </w:p>
        </w:tc>
        <w:tc>
          <w:tcPr>
            <w:tcW w:w="3685" w:type="dxa"/>
          </w:tcPr>
          <w:p w14:paraId="33F23033" w14:textId="77777777" w:rsidR="004E065B" w:rsidRPr="00840736" w:rsidRDefault="004E065B">
            <w:pPr>
              <w:spacing w:after="60"/>
            </w:pPr>
          </w:p>
        </w:tc>
        <w:tc>
          <w:tcPr>
            <w:tcW w:w="3685" w:type="dxa"/>
          </w:tcPr>
          <w:p w14:paraId="6D2FD796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6AA12F35" w14:textId="77777777">
        <w:trPr>
          <w:cantSplit/>
          <w:trHeight w:val="369"/>
        </w:trPr>
        <w:tc>
          <w:tcPr>
            <w:tcW w:w="1361" w:type="dxa"/>
          </w:tcPr>
          <w:p w14:paraId="2DF65C11" w14:textId="77777777" w:rsidR="004E065B" w:rsidRPr="00840736" w:rsidRDefault="00F63D76">
            <w:pPr>
              <w:spacing w:after="60"/>
            </w:pPr>
            <w:r w:rsidRPr="00840736">
              <w:t>2</w:t>
            </w:r>
          </w:p>
        </w:tc>
        <w:tc>
          <w:tcPr>
            <w:tcW w:w="1361" w:type="dxa"/>
          </w:tcPr>
          <w:p w14:paraId="5F36D589" w14:textId="77777777" w:rsidR="004E065B" w:rsidRPr="00840736" w:rsidRDefault="00F63D76">
            <w:pPr>
              <w:spacing w:after="60"/>
            </w:pPr>
            <w:r w:rsidRPr="00840736">
              <w:t>15</w:t>
            </w:r>
          </w:p>
        </w:tc>
        <w:tc>
          <w:tcPr>
            <w:tcW w:w="3685" w:type="dxa"/>
          </w:tcPr>
          <w:p w14:paraId="55AACF0C" w14:textId="77777777" w:rsidR="004E065B" w:rsidRPr="00840736" w:rsidRDefault="004E065B">
            <w:pPr>
              <w:spacing w:after="60"/>
            </w:pPr>
          </w:p>
        </w:tc>
        <w:tc>
          <w:tcPr>
            <w:tcW w:w="3685" w:type="dxa"/>
          </w:tcPr>
          <w:p w14:paraId="14D5D6E1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092A6971" w14:textId="77777777">
        <w:trPr>
          <w:cantSplit/>
          <w:trHeight w:val="369"/>
        </w:trPr>
        <w:tc>
          <w:tcPr>
            <w:tcW w:w="1361" w:type="dxa"/>
          </w:tcPr>
          <w:p w14:paraId="449CEA4E" w14:textId="77777777" w:rsidR="004E065B" w:rsidRPr="00840736" w:rsidRDefault="00F63D76">
            <w:pPr>
              <w:spacing w:after="60"/>
            </w:pPr>
            <w:r w:rsidRPr="00840736">
              <w:t>3</w:t>
            </w:r>
          </w:p>
        </w:tc>
        <w:tc>
          <w:tcPr>
            <w:tcW w:w="1361" w:type="dxa"/>
          </w:tcPr>
          <w:p w14:paraId="52D59B4F" w14:textId="77777777" w:rsidR="004E065B" w:rsidRPr="00840736" w:rsidRDefault="00F63D76">
            <w:pPr>
              <w:spacing w:after="60"/>
            </w:pPr>
            <w:r w:rsidRPr="00840736">
              <w:t>10</w:t>
            </w:r>
          </w:p>
        </w:tc>
        <w:tc>
          <w:tcPr>
            <w:tcW w:w="3685" w:type="dxa"/>
          </w:tcPr>
          <w:p w14:paraId="67B411E5" w14:textId="77777777" w:rsidR="004E065B" w:rsidRPr="00840736" w:rsidRDefault="004E065B">
            <w:pPr>
              <w:spacing w:after="60"/>
            </w:pPr>
          </w:p>
        </w:tc>
        <w:tc>
          <w:tcPr>
            <w:tcW w:w="3685" w:type="dxa"/>
          </w:tcPr>
          <w:p w14:paraId="021F6320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17507467" w14:textId="77777777">
        <w:trPr>
          <w:cantSplit/>
          <w:trHeight w:val="369"/>
        </w:trPr>
        <w:tc>
          <w:tcPr>
            <w:tcW w:w="1361" w:type="dxa"/>
          </w:tcPr>
          <w:p w14:paraId="3B1BCAFA" w14:textId="77777777" w:rsidR="004E065B" w:rsidRPr="00840736" w:rsidRDefault="00F63D76">
            <w:pPr>
              <w:spacing w:after="60"/>
            </w:pPr>
            <w:r w:rsidRPr="00840736">
              <w:t>4</w:t>
            </w:r>
          </w:p>
        </w:tc>
        <w:tc>
          <w:tcPr>
            <w:tcW w:w="1361" w:type="dxa"/>
          </w:tcPr>
          <w:p w14:paraId="3446A8C3" w14:textId="77777777" w:rsidR="004E065B" w:rsidRPr="00840736" w:rsidRDefault="00F63D76">
            <w:pPr>
              <w:spacing w:after="60"/>
            </w:pPr>
            <w:r w:rsidRPr="00840736">
              <w:t>10</w:t>
            </w:r>
          </w:p>
        </w:tc>
        <w:tc>
          <w:tcPr>
            <w:tcW w:w="3685" w:type="dxa"/>
          </w:tcPr>
          <w:p w14:paraId="15C50421" w14:textId="77777777" w:rsidR="004E065B" w:rsidRPr="00840736" w:rsidRDefault="004E065B">
            <w:pPr>
              <w:spacing w:after="60"/>
            </w:pPr>
          </w:p>
        </w:tc>
        <w:tc>
          <w:tcPr>
            <w:tcW w:w="3685" w:type="dxa"/>
          </w:tcPr>
          <w:p w14:paraId="423C1DCF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69E8BDD3" w14:textId="77777777">
        <w:trPr>
          <w:cantSplit/>
          <w:trHeight w:val="369"/>
        </w:trPr>
        <w:tc>
          <w:tcPr>
            <w:tcW w:w="1361" w:type="dxa"/>
          </w:tcPr>
          <w:p w14:paraId="048E63F8" w14:textId="77777777" w:rsidR="004E065B" w:rsidRPr="00840736" w:rsidRDefault="00F63D76">
            <w:pPr>
              <w:spacing w:after="60"/>
            </w:pPr>
            <w:r w:rsidRPr="00840736">
              <w:t>5</w:t>
            </w:r>
          </w:p>
        </w:tc>
        <w:tc>
          <w:tcPr>
            <w:tcW w:w="1361" w:type="dxa"/>
          </w:tcPr>
          <w:p w14:paraId="659DDEAF" w14:textId="77777777" w:rsidR="004E065B" w:rsidRPr="00840736" w:rsidRDefault="00F63D76">
            <w:pPr>
              <w:spacing w:after="60"/>
            </w:pPr>
            <w:r w:rsidRPr="00840736">
              <w:t>5</w:t>
            </w:r>
          </w:p>
        </w:tc>
        <w:tc>
          <w:tcPr>
            <w:tcW w:w="3685" w:type="dxa"/>
          </w:tcPr>
          <w:p w14:paraId="7474C540" w14:textId="77777777" w:rsidR="004E065B" w:rsidRPr="00840736" w:rsidRDefault="004E065B">
            <w:pPr>
              <w:spacing w:after="60"/>
            </w:pPr>
          </w:p>
        </w:tc>
        <w:tc>
          <w:tcPr>
            <w:tcW w:w="3685" w:type="dxa"/>
          </w:tcPr>
          <w:p w14:paraId="3EC014BF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6F67D2F3" w14:textId="77777777">
        <w:trPr>
          <w:cantSplit/>
          <w:trHeight w:val="369"/>
        </w:trPr>
        <w:tc>
          <w:tcPr>
            <w:tcW w:w="1361" w:type="dxa"/>
          </w:tcPr>
          <w:p w14:paraId="20C72AB6" w14:textId="77777777" w:rsidR="004E065B" w:rsidRPr="00840736" w:rsidRDefault="00F63D76">
            <w:pPr>
              <w:spacing w:after="60"/>
            </w:pPr>
            <w:r w:rsidRPr="00840736">
              <w:t>6</w:t>
            </w:r>
          </w:p>
        </w:tc>
        <w:tc>
          <w:tcPr>
            <w:tcW w:w="1361" w:type="dxa"/>
          </w:tcPr>
          <w:p w14:paraId="13BE408B" w14:textId="77777777" w:rsidR="004E065B" w:rsidRPr="00840736" w:rsidRDefault="00F63D76">
            <w:pPr>
              <w:spacing w:after="60"/>
            </w:pPr>
            <w:r w:rsidRPr="00840736">
              <w:t>5</w:t>
            </w:r>
          </w:p>
        </w:tc>
        <w:tc>
          <w:tcPr>
            <w:tcW w:w="3685" w:type="dxa"/>
          </w:tcPr>
          <w:p w14:paraId="04BEBF5C" w14:textId="77777777" w:rsidR="004E065B" w:rsidRPr="00840736" w:rsidRDefault="004E065B">
            <w:pPr>
              <w:spacing w:after="60"/>
            </w:pPr>
          </w:p>
        </w:tc>
        <w:tc>
          <w:tcPr>
            <w:tcW w:w="3685" w:type="dxa"/>
          </w:tcPr>
          <w:p w14:paraId="24BFDC01" w14:textId="77777777" w:rsidR="004E065B" w:rsidRPr="00840736" w:rsidRDefault="004E065B">
            <w:pPr>
              <w:spacing w:after="60"/>
            </w:pPr>
          </w:p>
        </w:tc>
      </w:tr>
      <w:tr w:rsidR="004E065B" w:rsidRPr="00840736" w14:paraId="345477C5" w14:textId="77777777">
        <w:trPr>
          <w:cantSplit/>
          <w:trHeight w:val="369"/>
        </w:trPr>
        <w:tc>
          <w:tcPr>
            <w:tcW w:w="1361" w:type="dxa"/>
          </w:tcPr>
          <w:p w14:paraId="7D14A424" w14:textId="77777777" w:rsidR="004E065B" w:rsidRPr="00840736" w:rsidRDefault="00F63D76">
            <w:pPr>
              <w:spacing w:after="60"/>
            </w:pPr>
            <w:r w:rsidRPr="00840736">
              <w:t>TOTALE</w:t>
            </w:r>
          </w:p>
        </w:tc>
        <w:tc>
          <w:tcPr>
            <w:tcW w:w="1361" w:type="dxa"/>
          </w:tcPr>
          <w:p w14:paraId="1BEA00A0" w14:textId="77777777" w:rsidR="004E065B" w:rsidRPr="00840736" w:rsidRDefault="00F63D76">
            <w:pPr>
              <w:spacing w:after="60"/>
            </w:pPr>
            <w:r w:rsidRPr="00840736">
              <w:t>50</w:t>
            </w:r>
          </w:p>
        </w:tc>
        <w:tc>
          <w:tcPr>
            <w:tcW w:w="3685" w:type="dxa"/>
          </w:tcPr>
          <w:p w14:paraId="7B26C43A" w14:textId="77777777" w:rsidR="004E065B" w:rsidRPr="00840736" w:rsidRDefault="004E065B">
            <w:pPr>
              <w:spacing w:after="60"/>
            </w:pPr>
          </w:p>
        </w:tc>
        <w:tc>
          <w:tcPr>
            <w:tcW w:w="3685" w:type="dxa"/>
          </w:tcPr>
          <w:p w14:paraId="1942D790" w14:textId="77777777" w:rsidR="004E065B" w:rsidRPr="00840736" w:rsidRDefault="004E065B">
            <w:pPr>
              <w:spacing w:after="60"/>
            </w:pPr>
          </w:p>
        </w:tc>
      </w:tr>
    </w:tbl>
    <w:p w14:paraId="27838CD8" w14:textId="77777777" w:rsidR="004E065B" w:rsidRDefault="00F63D76" w:rsidP="00840736">
      <w:pPr>
        <w:ind w:right="78"/>
        <w:jc w:val="both"/>
      </w:pPr>
      <w:r w:rsidRPr="00840736">
        <w:t>Lo stesso titolo o incarico è valutabile in una sola voce della tabella. Sono valutati esclusivamente titoli ed esperienze pertinenti, posseduti alla scadenza, dichiarati nel CV e verificabili. Non è consentito frazionare artificiosamente un incarico in più esperienze.</w:t>
      </w:r>
    </w:p>
    <w:p w14:paraId="510769F5" w14:textId="77777777" w:rsidR="00FE2231" w:rsidRPr="00FE2231" w:rsidRDefault="00FE2231" w:rsidP="00FE2231">
      <w:r w:rsidRPr="00FE2231">
        <w:t>Per il criterio 6 sono valutabili le certificazioni attestanti competenze digitali generali; non è richiesta una specifica attinenza ai contenuti tematici dei moduli.</w:t>
      </w:r>
    </w:p>
    <w:p w14:paraId="1BCDA75E" w14:textId="77777777" w:rsidR="00FE2231" w:rsidRPr="00840736" w:rsidRDefault="00FE2231" w:rsidP="00840736">
      <w:pPr>
        <w:ind w:right="78"/>
        <w:jc w:val="both"/>
      </w:pPr>
    </w:p>
    <w:p w14:paraId="7CBF10DC" w14:textId="77777777" w:rsidR="004E065B" w:rsidRPr="00840736" w:rsidRDefault="00F63D76" w:rsidP="00840736">
      <w:pPr>
        <w:ind w:right="78"/>
        <w:jc w:val="both"/>
      </w:pPr>
      <w:r w:rsidRPr="00840736">
        <w:lastRenderedPageBreak/>
        <w:t>Il/La sottoscritto/a, consapevole delle responsabilità dell’art. 76 e delle conseguenze dell’art. 75 del D.P.R. 445/2000, ove applicabili, dichiara ai sensi degli artt. 46 e 47 che le informazioni riportate sono veritiere e corrispondono alle voci del curriculum. Il punteggio richiesto è soggetto alla verifica e alla valutazione della commissione.</w:t>
      </w:r>
    </w:p>
    <w:p w14:paraId="48F6B252" w14:textId="77777777" w:rsidR="004E065B" w:rsidRPr="00840736" w:rsidRDefault="00F63D76" w:rsidP="00840736">
      <w:pPr>
        <w:ind w:right="78"/>
      </w:pPr>
      <w:r w:rsidRPr="00840736">
        <w:t>Luogo e data ____________________    Firma __________________________</w:t>
      </w:r>
    </w:p>
    <w:p w14:paraId="686E9093" w14:textId="77777777" w:rsidR="00840736" w:rsidRPr="00840736" w:rsidRDefault="00840736" w:rsidP="00840736">
      <w:pPr>
        <w:ind w:right="78"/>
      </w:pPr>
    </w:p>
    <w:p w14:paraId="3893AC27" w14:textId="77777777" w:rsidR="00840736" w:rsidRPr="00840736" w:rsidRDefault="00840736" w:rsidP="00840736">
      <w:pPr>
        <w:ind w:right="78"/>
      </w:pPr>
    </w:p>
    <w:p w14:paraId="3B23CAEE" w14:textId="6499B052" w:rsidR="004E065B" w:rsidRPr="00840736" w:rsidRDefault="00F63D76" w:rsidP="00840736">
      <w:pPr>
        <w:ind w:right="78"/>
      </w:pPr>
      <w:r w:rsidRPr="00840736">
        <w:t>Spazio riservato alla commissione – eventuali rettifiche/motivazioni:</w:t>
      </w:r>
      <w:r w:rsidRPr="00840736">
        <w:br/>
        <w:t>___________________________________________________________</w:t>
      </w:r>
      <w:r w:rsidR="00840736" w:rsidRPr="00840736">
        <w:t>___________________________________________________________________________________________________________________________________________________________________________________________________________________________</w:t>
      </w:r>
      <w:r w:rsidRPr="00840736">
        <w:t>_________________________________________________________________________</w:t>
      </w:r>
    </w:p>
    <w:sectPr w:rsidR="004E065B" w:rsidRPr="00840736" w:rsidSect="00034616">
      <w:headerReference w:type="default" r:id="rId8"/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3F7DE9" w14:textId="77777777" w:rsidR="00D15326" w:rsidRDefault="00D15326">
      <w:pPr>
        <w:spacing w:after="0"/>
      </w:pPr>
      <w:r>
        <w:separator/>
      </w:r>
    </w:p>
  </w:endnote>
  <w:endnote w:type="continuationSeparator" w:id="0">
    <w:p w14:paraId="5A4E1F55" w14:textId="77777777" w:rsidR="00D15326" w:rsidRDefault="00D1532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99B15" w14:textId="77777777" w:rsidR="004E065B" w:rsidRDefault="00F63D76">
    <w:pPr>
      <w:pStyle w:val="Pidipagina"/>
      <w:jc w:val="right"/>
    </w:pPr>
    <w:r>
      <w:t xml:space="preserve">Allegato B1 – Pagina </w:t>
    </w:r>
    <w:r>
      <w:fldChar w:fldCharType="begin"/>
    </w:r>
    <w:r>
      <w:instrText>PAGE</w:instrText>
    </w:r>
    <w:r>
      <w:fldChar w:fldCharType="separate"/>
    </w:r>
    <w:r w:rsidR="00975A6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F08DCE" w14:textId="77777777" w:rsidR="00D15326" w:rsidRDefault="00D15326">
      <w:pPr>
        <w:spacing w:after="0"/>
      </w:pPr>
      <w:r>
        <w:separator/>
      </w:r>
    </w:p>
  </w:footnote>
  <w:footnote w:type="continuationSeparator" w:id="0">
    <w:p w14:paraId="78FD9D4F" w14:textId="77777777" w:rsidR="00D15326" w:rsidRDefault="00D1532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39F63" w14:textId="6B0F0217" w:rsidR="004E065B" w:rsidRPr="00975A6D" w:rsidRDefault="00975A6D" w:rsidP="00975A6D">
    <w:pPr>
      <w:pStyle w:val="Intestazione"/>
    </w:pPr>
    <w:r w:rsidRPr="009821BF">
      <w:rPr>
        <w:rFonts w:eastAsia="Calibri" w:cs="Times New Roman"/>
        <w:noProof/>
        <w:color w:val="auto"/>
      </w:rPr>
      <w:drawing>
        <wp:inline distT="0" distB="0" distL="0" distR="0" wp14:anchorId="39D01482" wp14:editId="7EAF8548">
          <wp:extent cx="6120130" cy="647230"/>
          <wp:effectExtent l="0" t="0" r="0" b="63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4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73CC"/>
    <w:rsid w:val="00326F90"/>
    <w:rsid w:val="004E065B"/>
    <w:rsid w:val="006E7E4D"/>
    <w:rsid w:val="007C453C"/>
    <w:rsid w:val="007E7E66"/>
    <w:rsid w:val="00840736"/>
    <w:rsid w:val="00975A6D"/>
    <w:rsid w:val="00AA1D8D"/>
    <w:rsid w:val="00B3442D"/>
    <w:rsid w:val="00B47730"/>
    <w:rsid w:val="00BC7E2F"/>
    <w:rsid w:val="00CB0664"/>
    <w:rsid w:val="00D15326"/>
    <w:rsid w:val="00E21EEE"/>
    <w:rsid w:val="00F63D76"/>
    <w:rsid w:val="00FC693F"/>
    <w:rsid w:val="00FE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29EE5"/>
  <w14:defaultImageDpi w14:val="330"/>
  <w15:docId w15:val="{505263CD-3DEE-495D-AA7A-397244B62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pPr>
      <w:spacing w:after="80" w:line="240" w:lineRule="auto"/>
    </w:pPr>
    <w:rPr>
      <w:rFonts w:ascii="Calibri" w:hAnsi="Calibri"/>
      <w:color w:val="00000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83D843A-2DDF-4EC9-972F-0B2FC61EA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727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2026-10-30T08:29:00Z</dcterms:created>
  <dcterms:modified xsi:type="dcterms:W3CDTF">2026-10-30T08:50:00Z</dcterms:modified>
  <cp:category/>
</cp:coreProperties>
</file>