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4C49E" w14:textId="77777777" w:rsidR="00C045E1" w:rsidRDefault="005B5E1C">
      <w:pPr>
        <w:pStyle w:val="Titolo1"/>
      </w:pPr>
      <w:r>
        <w:t>ALLEGATO C</w:t>
      </w:r>
    </w:p>
    <w:p w14:paraId="1FB79B65" w14:textId="77777777" w:rsidR="00C045E1" w:rsidRDefault="005B5E1C">
      <w:r>
        <w:rPr>
          <w:b/>
        </w:rPr>
        <w:t>DICHIARAZIONE DI ASSENZA DI CAUSE DI INCOMPATIBILITÀ, DI SITUAZIONI DI CONFLITTO DI INTERESSI E DI OBBLIGHI DI ASTENSIONE</w:t>
      </w:r>
    </w:p>
    <w:p w14:paraId="61D13BCB" w14:textId="77777777" w:rsidR="00C045E1" w:rsidRDefault="005B5E1C">
      <w:r>
        <w:t>Al Dirigente scolastico</w:t>
      </w:r>
      <w:r>
        <w:br/>
        <w:t>Istituto Comprensivo Statale “Scopelliti-Green” – Rosarno</w:t>
      </w:r>
    </w:p>
    <w:p w14:paraId="32EFCD3D" w14:textId="77777777" w:rsidR="00C045E1" w:rsidRDefault="005B5E1C">
      <w:r>
        <w:rPr>
          <w:b/>
        </w:rPr>
        <w:t>PR CALABRIA FESR FSE+ 2021–2027</w:t>
      </w:r>
      <w:r>
        <w:rPr>
          <w:b/>
        </w:rPr>
        <w:br/>
        <w:t>Obiettivo specifico ESO4.5 – Azione 4.e.1</w:t>
      </w:r>
      <w:r>
        <w:rPr>
          <w:b/>
        </w:rPr>
        <w:br/>
        <w:t>“Vivi e Scopri la Calabria” – II finestra</w:t>
      </w:r>
    </w:p>
    <w:p w14:paraId="34A1659E" w14:textId="77777777" w:rsidR="00C045E1" w:rsidRDefault="005B5E1C">
      <w:r>
        <w:t>Progetto: “Esplorare, narrare e gustare la ‘Calabresità’ – 2ª annualità”</w:t>
      </w:r>
      <w:r>
        <w:br/>
        <w:t>CUP: B94D26003060006 – Finanziamento complessivo: € 73.500,00</w:t>
      </w:r>
      <w:r>
        <w:br/>
        <w:t>Convenzione: repertorio Regione Calabria n. 4007 del 03/08/2026</w:t>
      </w:r>
    </w:p>
    <w:p w14:paraId="2EC42AAD" w14:textId="1F72E4D9" w:rsidR="00C045E1" w:rsidRDefault="005B5E1C">
      <w:r>
        <w:t>Avviso di selezione interna per n. 8 tutor e n. 1 referente alla valutazione</w:t>
      </w:r>
      <w:r w:rsidRPr="00757EAC">
        <w:t xml:space="preserve">, prot. n. </w:t>
      </w:r>
      <w:r w:rsidR="00757EAC" w:rsidRPr="00757EAC">
        <w:t>0007389</w:t>
      </w:r>
      <w:r w:rsidRPr="00757EAC">
        <w:t xml:space="preserve"> del </w:t>
      </w:r>
      <w:r w:rsidR="00757EAC" w:rsidRPr="00757EAC">
        <w:t>30/10/2026</w:t>
      </w:r>
      <w:r w:rsidRPr="00757EAC">
        <w:t>.</w:t>
      </w:r>
    </w:p>
    <w:p w14:paraId="36A6053E" w14:textId="77777777" w:rsidR="00C045E1" w:rsidRDefault="005B5E1C">
      <w:pPr>
        <w:pStyle w:val="Titolo1"/>
      </w:pPr>
      <w:r>
        <w:t>1. Dati del dichiarante</w:t>
      </w: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14"/>
        <w:gridCol w:w="5476"/>
      </w:tblGrid>
      <w:tr w:rsidR="00C045E1" w14:paraId="6F8E7DB5" w14:textId="77777777">
        <w:trPr>
          <w:cantSplit/>
        </w:trPr>
        <w:tc>
          <w:tcPr>
            <w:tcW w:w="5100" w:type="dxa"/>
            <w:shd w:val="clear" w:color="auto" w:fill="D9E2F3"/>
          </w:tcPr>
          <w:p w14:paraId="1A23DF90" w14:textId="77777777" w:rsidR="00C045E1" w:rsidRDefault="005B5E1C">
            <w:pPr>
              <w:spacing w:after="60"/>
            </w:pPr>
            <w:r>
              <w:rPr>
                <w:b/>
              </w:rPr>
              <w:t>Dato</w:t>
            </w:r>
          </w:p>
        </w:tc>
        <w:tc>
          <w:tcPr>
            <w:tcW w:w="5100" w:type="dxa"/>
            <w:shd w:val="clear" w:color="auto" w:fill="D9E2F3"/>
          </w:tcPr>
          <w:p w14:paraId="6D444817" w14:textId="77777777" w:rsidR="00C045E1" w:rsidRDefault="005B5E1C">
            <w:pPr>
              <w:spacing w:after="60"/>
            </w:pPr>
            <w:r>
              <w:rPr>
                <w:b/>
              </w:rPr>
              <w:t>Informazioni da compilare</w:t>
            </w:r>
          </w:p>
        </w:tc>
      </w:tr>
      <w:tr w:rsidR="00C045E1" w14:paraId="6B5E0DFA" w14:textId="77777777">
        <w:trPr>
          <w:cantSplit/>
        </w:trPr>
        <w:tc>
          <w:tcPr>
            <w:tcW w:w="5100" w:type="dxa"/>
          </w:tcPr>
          <w:p w14:paraId="48798390" w14:textId="77777777" w:rsidR="00C045E1" w:rsidRDefault="005B5E1C">
            <w:pPr>
              <w:spacing w:after="60"/>
            </w:pPr>
            <w:r>
              <w:t>Nome e cognome</w:t>
            </w:r>
          </w:p>
        </w:tc>
        <w:tc>
          <w:tcPr>
            <w:tcW w:w="5100" w:type="dxa"/>
          </w:tcPr>
          <w:p w14:paraId="78B8FA0F" w14:textId="77777777" w:rsidR="00C045E1" w:rsidRDefault="005B5E1C">
            <w:pPr>
              <w:spacing w:after="60"/>
            </w:pPr>
            <w:r>
              <w:t>________________________________________________</w:t>
            </w:r>
          </w:p>
        </w:tc>
      </w:tr>
      <w:tr w:rsidR="00C045E1" w14:paraId="08676595" w14:textId="77777777">
        <w:trPr>
          <w:cantSplit/>
        </w:trPr>
        <w:tc>
          <w:tcPr>
            <w:tcW w:w="5100" w:type="dxa"/>
          </w:tcPr>
          <w:p w14:paraId="124B2BD4" w14:textId="77777777" w:rsidR="00C045E1" w:rsidRDefault="005B5E1C">
            <w:pPr>
              <w:spacing w:after="60"/>
            </w:pPr>
            <w:r>
              <w:t>Luogo e data di nascita</w:t>
            </w:r>
          </w:p>
        </w:tc>
        <w:tc>
          <w:tcPr>
            <w:tcW w:w="5100" w:type="dxa"/>
          </w:tcPr>
          <w:p w14:paraId="68DD2F2B" w14:textId="77777777" w:rsidR="00C045E1" w:rsidRDefault="005B5E1C">
            <w:pPr>
              <w:spacing w:after="60"/>
            </w:pPr>
            <w:r>
              <w:t>________________________________________________</w:t>
            </w:r>
          </w:p>
        </w:tc>
      </w:tr>
      <w:tr w:rsidR="00C045E1" w14:paraId="5E92072B" w14:textId="77777777">
        <w:trPr>
          <w:cantSplit/>
        </w:trPr>
        <w:tc>
          <w:tcPr>
            <w:tcW w:w="5100" w:type="dxa"/>
          </w:tcPr>
          <w:p w14:paraId="01B0BA42" w14:textId="77777777" w:rsidR="00C045E1" w:rsidRDefault="005B5E1C">
            <w:pPr>
              <w:spacing w:after="60"/>
            </w:pPr>
            <w:r>
              <w:t>Codice fiscale</w:t>
            </w:r>
          </w:p>
        </w:tc>
        <w:tc>
          <w:tcPr>
            <w:tcW w:w="5100" w:type="dxa"/>
          </w:tcPr>
          <w:p w14:paraId="73E62122" w14:textId="77777777" w:rsidR="00C045E1" w:rsidRDefault="005B5E1C">
            <w:pPr>
              <w:spacing w:after="60"/>
            </w:pPr>
            <w:r>
              <w:t>________________________________________________</w:t>
            </w:r>
          </w:p>
        </w:tc>
      </w:tr>
      <w:tr w:rsidR="00C045E1" w14:paraId="011D6CE1" w14:textId="77777777">
        <w:trPr>
          <w:cantSplit/>
        </w:trPr>
        <w:tc>
          <w:tcPr>
            <w:tcW w:w="5100" w:type="dxa"/>
          </w:tcPr>
          <w:p w14:paraId="2329EA18" w14:textId="77777777" w:rsidR="00C045E1" w:rsidRDefault="005B5E1C">
            <w:pPr>
              <w:spacing w:after="60"/>
            </w:pPr>
            <w:r>
              <w:t>Qualifica e sede di servizio</w:t>
            </w:r>
          </w:p>
        </w:tc>
        <w:tc>
          <w:tcPr>
            <w:tcW w:w="5100" w:type="dxa"/>
          </w:tcPr>
          <w:p w14:paraId="1A065CA9" w14:textId="77777777" w:rsidR="00C045E1" w:rsidRDefault="005B5E1C">
            <w:pPr>
              <w:spacing w:after="60"/>
            </w:pPr>
            <w:r>
              <w:t>Docente presso I.C. “Scopelliti-Green”</w:t>
            </w:r>
            <w:r>
              <w:br/>
              <w:t>Ordine di scuola/plesso: __________________________</w:t>
            </w:r>
          </w:p>
        </w:tc>
      </w:tr>
    </w:tbl>
    <w:p w14:paraId="60E6B107" w14:textId="77777777" w:rsidR="00C045E1" w:rsidRDefault="005B5E1C">
      <w:r>
        <w:t>In relazione alla candidatura per il/i seguente/i ruolo/i (barrare le opzioni interessate):</w:t>
      </w:r>
    </w:p>
    <w:p w14:paraId="0D2249B7" w14:textId="77777777" w:rsidR="00C045E1" w:rsidRDefault="005B5E1C">
      <w:r>
        <w:t>☐ Tutor</w:t>
      </w:r>
      <w:r>
        <w:br/>
        <w:t>☐ Referente alla valutazione</w:t>
      </w:r>
    </w:p>
    <w:p w14:paraId="7772AD32" w14:textId="77777777" w:rsidR="00C045E1" w:rsidRDefault="005B5E1C" w:rsidP="0099572C">
      <w:pPr>
        <w:jc w:val="both"/>
      </w:pPr>
      <w:r>
        <w:t>Il/La sottoscritto/a, richiamati l’art. 6-bis della legge 241/1990, gli artt. 6 e 7 del D.P.R. 62/2013 e successive modificazioni, l’art. 53 del D.Lgs. 165/2001, per quanto applicabile, e l’art. 61 del Regolamento (UE, Euratom) 2024/2509, nonché le disposizioni dell’Avviso e della convenzione,</w:t>
      </w:r>
    </w:p>
    <w:p w14:paraId="056B4E74" w14:textId="77777777" w:rsidR="00C045E1" w:rsidRDefault="005B5E1C" w:rsidP="0099572C">
      <w:pPr>
        <w:jc w:val="both"/>
      </w:pPr>
      <w:r>
        <w:t>consapevole delle responsabilità penali previste dall’art. 76 del D.P.R. 28 dicembre 2000, n. 445, in caso di dichiarazioni mendaci e delle conseguenze previste dall’art. 75 del medesimo decreto, ove applicabili,</w:t>
      </w:r>
    </w:p>
    <w:p w14:paraId="00AD7237" w14:textId="77777777" w:rsidR="00C045E1" w:rsidRDefault="005B5E1C">
      <w:r>
        <w:rPr>
          <w:b/>
        </w:rPr>
        <w:t>DICHIARA</w:t>
      </w:r>
    </w:p>
    <w:p w14:paraId="190352B1" w14:textId="77777777" w:rsidR="00C045E1" w:rsidRDefault="005B5E1C">
      <w:r>
        <w:t>ai sensi e per gli effetti degli artt. 46 e 47 del D.P.R. 28 dicembre 2000, n. 445:</w:t>
      </w:r>
    </w:p>
    <w:p w14:paraId="13196309" w14:textId="77777777" w:rsidR="00C045E1" w:rsidRDefault="005B5E1C">
      <w:pPr>
        <w:pStyle w:val="Titolo1"/>
      </w:pPr>
      <w:r>
        <w:t>2. Dichiarazioni relative all’incarico</w:t>
      </w:r>
    </w:p>
    <w:p w14:paraId="4FF9014F" w14:textId="77777777" w:rsidR="00C045E1" w:rsidRDefault="005B5E1C" w:rsidP="0099572C">
      <w:pPr>
        <w:jc w:val="both"/>
      </w:pPr>
      <w:r>
        <w:t>1. di non essere a conoscenza, alla data della presente dichiarazione, di cause di incompatibilità o di altre condizioni ostative previste dalla normativa applicabile al conferimento e allo svolgimento dell’incarico per il quale presenta candidatura;</w:t>
      </w:r>
    </w:p>
    <w:p w14:paraId="1EB41C44" w14:textId="77777777" w:rsidR="00C045E1" w:rsidRDefault="005B5E1C" w:rsidP="0099572C">
      <w:pPr>
        <w:jc w:val="both"/>
      </w:pPr>
      <w:r>
        <w:t>2. di non trovarsi, alla data della presente dichiarazione e per quanto a propria conoscenza, in situazioni di conflitto di interessi, anche potenziale, o in condizioni che comportino un obbligo di astensione rispetto alle attività da svolgere;</w:t>
      </w:r>
    </w:p>
    <w:p w14:paraId="7EAD0F5A" w14:textId="77777777" w:rsidR="00C045E1" w:rsidRDefault="005B5E1C" w:rsidP="0099572C">
      <w:pPr>
        <w:jc w:val="both"/>
      </w:pPr>
      <w:r>
        <w:lastRenderedPageBreak/>
        <w:t>3. di non avere, direttamente o indirettamente, interessi finanziari, economici o personali idonei a compromettere l’imparzialità e l’indipendenza nello svolgimento dell’incarico;</w:t>
      </w:r>
    </w:p>
    <w:p w14:paraId="5032E7CE" w14:textId="77777777" w:rsidR="00C045E1" w:rsidRDefault="005B5E1C" w:rsidP="0099572C">
      <w:pPr>
        <w:jc w:val="both"/>
      </w:pPr>
      <w:r>
        <w:t>4. che non risultano, per quanto a propria conoscenza, situazioni rilevanti ai fini del conflitto di interessi o dell’astensione connesse a: interessi propri; interessi di parenti o affini entro il secondo grado, del coniuge, di conviventi o di persone con cui abbia rapporti di frequentazione abituale; cause pendenti, grave inimicizia o rapporti di credito o debito significativi propri o del coniuge con soggetti od organizzazioni interessati; funzioni di tutore, curatore, procuratore o agente, ovvero incarichi di amministrazione, gestione o direzione presso enti, associazioni, comitati, società o altre organizzazioni interessate;</w:t>
      </w:r>
    </w:p>
    <w:p w14:paraId="4BF3AA45" w14:textId="77777777" w:rsidR="00C045E1" w:rsidRDefault="005B5E1C" w:rsidP="0099572C">
      <w:pPr>
        <w:jc w:val="both"/>
      </w:pPr>
      <w:r>
        <w:t>5. che non sussistono ulteriori gravi ragioni di convenienza che comportino un obbligo di astensione rispetto alle attività da svolgere;</w:t>
      </w:r>
    </w:p>
    <w:p w14:paraId="5DD7EA23" w14:textId="77777777" w:rsidR="00C045E1" w:rsidRDefault="005B5E1C" w:rsidP="0099572C">
      <w:pPr>
        <w:jc w:val="both"/>
      </w:pPr>
      <w:r>
        <w:t>6. di conoscere gli obblighi di imparzialità, riservatezza e prevenzione dei conflitti di interessi previsti dal codice di comportamento applicabile e dall’Avviso.</w:t>
      </w:r>
    </w:p>
    <w:p w14:paraId="3F3E2F16" w14:textId="77777777" w:rsidR="00C045E1" w:rsidRDefault="005B5E1C">
      <w:pPr>
        <w:pStyle w:val="Titolo1"/>
      </w:pPr>
      <w:r>
        <w:t>3. Impegni del dichiarante</w:t>
      </w:r>
    </w:p>
    <w:p w14:paraId="4FA127D2" w14:textId="77777777" w:rsidR="00C045E1" w:rsidRDefault="005B5E1C" w:rsidP="0099572C">
      <w:pPr>
        <w:jc w:val="both"/>
      </w:pPr>
      <w:r>
        <w:t>• Comunicare tempestivamente al Dirigente scolastico ogni variazione delle condizioni dichiarate, ogni situazione sopravvenuta di conflitto di interessi, anche potenziale, e ogni altra circostanza ostativa.</w:t>
      </w:r>
    </w:p>
    <w:p w14:paraId="74819268" w14:textId="77777777" w:rsidR="00C045E1" w:rsidRDefault="005B5E1C" w:rsidP="0099572C">
      <w:pPr>
        <w:jc w:val="both"/>
      </w:pPr>
      <w:r>
        <w:t>• Astenersi dalle attività e dalle decisioni interessate nei casi previsti dalla normativa e attenersi alle conseguenti determinazioni della scuola.</w:t>
      </w:r>
    </w:p>
    <w:p w14:paraId="29DA87EF" w14:textId="77777777" w:rsidR="00C045E1" w:rsidRDefault="005B5E1C" w:rsidP="0099572C">
      <w:pPr>
        <w:jc w:val="both"/>
      </w:pPr>
      <w:r>
        <w:t>• Aggiornare o integrare la dichiarazione in relazione a circostanze sopravvenute e ai soggetti coinvolti nell’attuazione del progetto.</w:t>
      </w:r>
    </w:p>
    <w:p w14:paraId="3F9DA1E2" w14:textId="77777777" w:rsidR="00C045E1" w:rsidRDefault="005B5E1C" w:rsidP="0099572C">
      <w:pPr>
        <w:jc w:val="both"/>
      </w:pPr>
      <w:r>
        <w:t>• In caso di candidatura per entrambi i ruoli e di utile collocazione nelle relative graduatorie, esercitare l’opzione nei termini dell’art. 1.4 dell’Avviso, essendo escluso il contemporaneo svolgimento degli incarichi di tutor e referente alla valutazione nel progetto.</w:t>
      </w:r>
    </w:p>
    <w:p w14:paraId="1D582E93" w14:textId="77777777" w:rsidR="00C045E1" w:rsidRDefault="005B5E1C">
      <w:pPr>
        <w:pStyle w:val="Titolo1"/>
      </w:pPr>
      <w:r>
        <w:t>4. Trattamento dei dati personali e sottoscrizione</w:t>
      </w:r>
    </w:p>
    <w:p w14:paraId="5AFF7E37" w14:textId="77777777" w:rsidR="00C045E1" w:rsidRDefault="005B5E1C" w:rsidP="00081204">
      <w:pPr>
        <w:jc w:val="both"/>
      </w:pPr>
      <w:r>
        <w:t>Il/La sottoscritto/a dichiara di aver preso visione dell’informativa sul trattamento dei dati personali contenuta nell’art. 14 dell’Avviso, resa ai sensi dell’art. 13 del Regolamento (UE) 2016/679. La presente dichiarazione è acquisita per la verifica delle condizioni di conferimento e svolgimento dell’incarico.</w:t>
      </w:r>
    </w:p>
    <w:p w14:paraId="1699E265" w14:textId="77777777" w:rsidR="00C045E1" w:rsidRDefault="005B5E1C" w:rsidP="00081204">
      <w:pPr>
        <w:jc w:val="both"/>
      </w:pPr>
      <w:r>
        <w:t>Luogo e data __________________________</w:t>
      </w:r>
      <w:r>
        <w:br/>
      </w:r>
      <w:r>
        <w:br/>
        <w:t>Firma del dichiarante __________________________</w:t>
      </w:r>
    </w:p>
    <w:p w14:paraId="288EEB13" w14:textId="77777777" w:rsidR="00C045E1" w:rsidRDefault="005B5E1C" w:rsidP="00081204">
      <w:pPr>
        <w:jc w:val="both"/>
      </w:pPr>
      <w:r>
        <w:t>Allegare copia di un documento di identità in corso di validità, se non già allegata alla domanda, salvo sottoscrizione digitale o altra modalità di identificazione ammessa dall’Avviso.</w:t>
      </w:r>
    </w:p>
    <w:p w14:paraId="0DDCFC17" w14:textId="77777777" w:rsidR="00C045E1" w:rsidRDefault="005B5E1C" w:rsidP="00081204">
      <w:pPr>
        <w:jc w:val="both"/>
      </w:pPr>
      <w:r>
        <w:t>La presente dichiarazione non sostituisce la valutazione dell’Istituzione scolastica sulle situazioni segnalate né gli eventuali ulteriori adempimenti previsti dalla normativa applicabile.</w:t>
      </w:r>
    </w:p>
    <w:sectPr w:rsidR="00C045E1" w:rsidSect="00034616">
      <w:headerReference w:type="default" r:id="rId8"/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DE3B5" w14:textId="77777777" w:rsidR="00D01C39" w:rsidRDefault="00D01C39">
      <w:pPr>
        <w:spacing w:after="0"/>
      </w:pPr>
      <w:r>
        <w:separator/>
      </w:r>
    </w:p>
  </w:endnote>
  <w:endnote w:type="continuationSeparator" w:id="0">
    <w:p w14:paraId="249799B4" w14:textId="77777777" w:rsidR="00D01C39" w:rsidRDefault="00D01C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F70FD" w14:textId="77777777" w:rsidR="00C045E1" w:rsidRDefault="005B5E1C">
    <w:pPr>
      <w:pStyle w:val="Pidipagina"/>
      <w:jc w:val="right"/>
    </w:pPr>
    <w:proofErr w:type="spellStart"/>
    <w:r>
      <w:t>Allegato</w:t>
    </w:r>
    <w:proofErr w:type="spellEnd"/>
    <w:r>
      <w:t xml:space="preserve"> C – </w:t>
    </w:r>
    <w:proofErr w:type="spellStart"/>
    <w:r>
      <w:t>Pagina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70418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D029A" w14:textId="77777777" w:rsidR="00D01C39" w:rsidRDefault="00D01C39">
      <w:pPr>
        <w:spacing w:after="0"/>
      </w:pPr>
      <w:r>
        <w:separator/>
      </w:r>
    </w:p>
  </w:footnote>
  <w:footnote w:type="continuationSeparator" w:id="0">
    <w:p w14:paraId="3A713739" w14:textId="77777777" w:rsidR="00D01C39" w:rsidRDefault="00D01C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D996" w14:textId="10725F66" w:rsidR="00704184" w:rsidRDefault="00704184">
    <w:pPr>
      <w:pStyle w:val="Intestazione"/>
    </w:pPr>
    <w:r w:rsidRPr="009821BF">
      <w:rPr>
        <w:rFonts w:eastAsia="Calibri" w:cs="Times New Roman"/>
        <w:noProof/>
        <w:color w:val="auto"/>
        <w:lang w:val="it-IT"/>
      </w:rPr>
      <w:drawing>
        <wp:inline distT="0" distB="0" distL="0" distR="0" wp14:anchorId="0EC289B9" wp14:editId="582A447D">
          <wp:extent cx="6120130" cy="64723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204"/>
    <w:rsid w:val="0015074B"/>
    <w:rsid w:val="0029639D"/>
    <w:rsid w:val="00326F90"/>
    <w:rsid w:val="005B5E1C"/>
    <w:rsid w:val="00704184"/>
    <w:rsid w:val="00757EAC"/>
    <w:rsid w:val="0099572C"/>
    <w:rsid w:val="00AA1D8D"/>
    <w:rsid w:val="00B3442D"/>
    <w:rsid w:val="00B47730"/>
    <w:rsid w:val="00C045E1"/>
    <w:rsid w:val="00CB0664"/>
    <w:rsid w:val="00D01C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C56874"/>
  <w14:defaultImageDpi w14:val="300"/>
  <w15:docId w15:val="{505263CD-3DEE-495D-AA7A-397244B6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69176D-8794-4807-872F-C5883617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2026-10-30T08:30:00Z</dcterms:created>
  <dcterms:modified xsi:type="dcterms:W3CDTF">2026-10-30T08:58:00Z</dcterms:modified>
  <cp:category/>
</cp:coreProperties>
</file>