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4DC34" w14:textId="77777777" w:rsidR="00DE4420" w:rsidRDefault="00565031">
      <w:r>
        <w:rPr>
          <w:b/>
        </w:rPr>
        <w:t>ALLEGATO A-ATA – DOMANDA DI PARTECIPAZIONE</w:t>
      </w:r>
    </w:p>
    <w:p w14:paraId="6960AD80" w14:textId="77777777" w:rsidR="00DE4420" w:rsidRDefault="00565031">
      <w:r>
        <w:t>Al Dirigente scolastico</w:t>
      </w:r>
      <w:r>
        <w:br/>
        <w:t>Istituto Comprensivo Statale “Scopelliti-Green” – Rosarno</w:t>
      </w:r>
    </w:p>
    <w:p w14:paraId="3CECF5F2" w14:textId="77777777" w:rsidR="00DE4420" w:rsidRDefault="00565031">
      <w:r>
        <w:rPr>
          <w:b/>
        </w:rPr>
        <w:t>PR CALABRIA FESR FSE+ 2021–2027</w:t>
      </w:r>
      <w:r>
        <w:rPr>
          <w:b/>
        </w:rPr>
        <w:br/>
        <w:t>Obiettivo specifico ESO4.5 – Azione 4.e.1</w:t>
      </w:r>
      <w:r>
        <w:rPr>
          <w:b/>
        </w:rPr>
        <w:br/>
        <w:t>“Vivi e Scopri la Calabria” – II finestra</w:t>
      </w:r>
    </w:p>
    <w:p w14:paraId="69A414B6" w14:textId="77777777" w:rsidR="00DE4420" w:rsidRDefault="00565031">
      <w:r>
        <w:t xml:space="preserve">Progetto: </w:t>
      </w:r>
      <w:r>
        <w:t>“Esplorare, narrare e gustare la ‘Calabresità’ – 2ª annualità”</w:t>
      </w:r>
      <w:r>
        <w:br/>
        <w:t>CUP B94D26003060006 – Finanziamento complessivo € 73.500,00</w:t>
      </w:r>
      <w:r>
        <w:br/>
        <w:t>Convenzione: repertorio Regione Calabria n. 4007 del 03/08/2026</w:t>
      </w:r>
    </w:p>
    <w:p w14:paraId="56BB751D" w14:textId="71219FD7" w:rsidR="00DE4420" w:rsidRDefault="00565031" w:rsidP="00565031">
      <w:pPr>
        <w:pStyle w:val="Default"/>
      </w:pPr>
      <w:r>
        <w:t>Selezione interna di n. 2 assistenti amministrativi, massimo 60 ore c</w:t>
      </w:r>
      <w:r>
        <w:t>iascuno.</w:t>
      </w:r>
      <w:r>
        <w:br/>
      </w:r>
      <w:r w:rsidRPr="00565031">
        <w:t xml:space="preserve">Avviso prot. n. </w:t>
      </w:r>
      <w:r>
        <w:t xml:space="preserve"> </w:t>
      </w:r>
      <w:r w:rsidRPr="00565031">
        <w:rPr>
          <w:b/>
          <w:bCs/>
        </w:rPr>
        <w:t>0007500/U del 03/11/2026</w:t>
      </w:r>
      <w:r>
        <w:rPr>
          <w:b/>
          <w:bCs/>
          <w:sz w:val="16"/>
          <w:szCs w:val="16"/>
        </w:rPr>
        <w:t xml:space="preserve"> </w:t>
      </w:r>
      <w:bookmarkStart w:id="0" w:name="_GoBack"/>
      <w:bookmarkEnd w:id="0"/>
    </w:p>
    <w:p w14:paraId="7088C20F" w14:textId="77777777" w:rsidR="00DE4420" w:rsidRDefault="00565031">
      <w:pPr>
        <w:pStyle w:val="Titolo1"/>
      </w:pPr>
      <w:r>
        <w:t>1</w:t>
      </w:r>
      <w:r>
        <w:t>. Dati del candidato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6463"/>
      </w:tblGrid>
      <w:tr w:rsidR="00DE4420" w14:paraId="338EE3F6" w14:textId="77777777">
        <w:trPr>
          <w:cantSplit/>
          <w:tblHeader/>
        </w:trPr>
        <w:tc>
          <w:tcPr>
            <w:tcW w:w="3402" w:type="dxa"/>
            <w:shd w:val="clear" w:color="auto" w:fill="D9E2F3"/>
          </w:tcPr>
          <w:p w14:paraId="4989A233" w14:textId="77777777" w:rsidR="00DE4420" w:rsidRDefault="00565031">
            <w:pPr>
              <w:spacing w:after="60"/>
            </w:pPr>
            <w:r>
              <w:rPr>
                <w:b/>
              </w:rPr>
              <w:t>Dato</w:t>
            </w:r>
          </w:p>
        </w:tc>
        <w:tc>
          <w:tcPr>
            <w:tcW w:w="6463" w:type="dxa"/>
            <w:shd w:val="clear" w:color="auto" w:fill="D9E2F3"/>
          </w:tcPr>
          <w:p w14:paraId="402055F8" w14:textId="77777777" w:rsidR="00DE4420" w:rsidRDefault="00565031">
            <w:pPr>
              <w:spacing w:after="60"/>
            </w:pPr>
            <w:r>
              <w:rPr>
                <w:b/>
              </w:rPr>
              <w:t>Informazioni da compilare</w:t>
            </w:r>
          </w:p>
        </w:tc>
      </w:tr>
      <w:tr w:rsidR="00DE4420" w14:paraId="34EF59A2" w14:textId="77777777">
        <w:trPr>
          <w:cantSplit/>
          <w:trHeight w:val="369"/>
        </w:trPr>
        <w:tc>
          <w:tcPr>
            <w:tcW w:w="3402" w:type="dxa"/>
          </w:tcPr>
          <w:p w14:paraId="0BCC182E" w14:textId="77777777" w:rsidR="00DE4420" w:rsidRDefault="00565031">
            <w:pPr>
              <w:spacing w:after="60"/>
            </w:pPr>
            <w:r>
              <w:t>Nome e cognome</w:t>
            </w:r>
          </w:p>
        </w:tc>
        <w:tc>
          <w:tcPr>
            <w:tcW w:w="6463" w:type="dxa"/>
          </w:tcPr>
          <w:p w14:paraId="2FC85EF3" w14:textId="77777777" w:rsidR="00DE4420" w:rsidRDefault="00565031">
            <w:pPr>
              <w:spacing w:after="60"/>
            </w:pPr>
            <w:r>
              <w:t>________________________________________________</w:t>
            </w:r>
          </w:p>
        </w:tc>
      </w:tr>
      <w:tr w:rsidR="00DE4420" w14:paraId="72E6D193" w14:textId="77777777">
        <w:trPr>
          <w:cantSplit/>
          <w:trHeight w:val="369"/>
        </w:trPr>
        <w:tc>
          <w:tcPr>
            <w:tcW w:w="3402" w:type="dxa"/>
          </w:tcPr>
          <w:p w14:paraId="5D4E6F05" w14:textId="77777777" w:rsidR="00DE4420" w:rsidRDefault="00565031">
            <w:pPr>
              <w:spacing w:after="60"/>
            </w:pPr>
            <w:r>
              <w:t>Luogo e data di nascita</w:t>
            </w:r>
          </w:p>
        </w:tc>
        <w:tc>
          <w:tcPr>
            <w:tcW w:w="6463" w:type="dxa"/>
          </w:tcPr>
          <w:p w14:paraId="2506047C" w14:textId="77777777" w:rsidR="00DE4420" w:rsidRDefault="00565031">
            <w:pPr>
              <w:spacing w:after="60"/>
            </w:pPr>
            <w:r>
              <w:t>_____________________________________________</w:t>
            </w:r>
            <w:r>
              <w:t>___</w:t>
            </w:r>
          </w:p>
        </w:tc>
      </w:tr>
      <w:tr w:rsidR="00DE4420" w14:paraId="21308311" w14:textId="77777777">
        <w:trPr>
          <w:cantSplit/>
          <w:trHeight w:val="369"/>
        </w:trPr>
        <w:tc>
          <w:tcPr>
            <w:tcW w:w="3402" w:type="dxa"/>
          </w:tcPr>
          <w:p w14:paraId="1C02EE03" w14:textId="77777777" w:rsidR="00DE4420" w:rsidRDefault="00565031">
            <w:pPr>
              <w:spacing w:after="60"/>
            </w:pPr>
            <w:r>
              <w:t>Codice fiscale</w:t>
            </w:r>
          </w:p>
        </w:tc>
        <w:tc>
          <w:tcPr>
            <w:tcW w:w="6463" w:type="dxa"/>
          </w:tcPr>
          <w:p w14:paraId="3771BB70" w14:textId="77777777" w:rsidR="00DE4420" w:rsidRDefault="00565031">
            <w:pPr>
              <w:spacing w:after="60"/>
            </w:pPr>
            <w:r>
              <w:t>________________________________________________</w:t>
            </w:r>
          </w:p>
        </w:tc>
      </w:tr>
      <w:tr w:rsidR="00DE4420" w14:paraId="378E141B" w14:textId="77777777">
        <w:trPr>
          <w:cantSplit/>
          <w:trHeight w:val="369"/>
        </w:trPr>
        <w:tc>
          <w:tcPr>
            <w:tcW w:w="3402" w:type="dxa"/>
          </w:tcPr>
          <w:p w14:paraId="5D20F2AC" w14:textId="77777777" w:rsidR="00DE4420" w:rsidRDefault="00565031">
            <w:pPr>
              <w:spacing w:after="60"/>
            </w:pPr>
            <w:r>
              <w:t>Telefono / email</w:t>
            </w:r>
          </w:p>
        </w:tc>
        <w:tc>
          <w:tcPr>
            <w:tcW w:w="6463" w:type="dxa"/>
          </w:tcPr>
          <w:p w14:paraId="540AA5F9" w14:textId="77777777" w:rsidR="00DE4420" w:rsidRDefault="00565031">
            <w:pPr>
              <w:spacing w:after="60"/>
            </w:pPr>
            <w:r>
              <w:t>________________________________________________</w:t>
            </w:r>
            <w:r>
              <w:br/>
              <w:t>________________________________________________</w:t>
            </w:r>
          </w:p>
        </w:tc>
      </w:tr>
      <w:tr w:rsidR="00DE4420" w14:paraId="444D109E" w14:textId="77777777">
        <w:trPr>
          <w:cantSplit/>
          <w:trHeight w:val="369"/>
        </w:trPr>
        <w:tc>
          <w:tcPr>
            <w:tcW w:w="3402" w:type="dxa"/>
          </w:tcPr>
          <w:p w14:paraId="60A610B2" w14:textId="77777777" w:rsidR="00DE4420" w:rsidRDefault="00565031">
            <w:pPr>
              <w:spacing w:after="60"/>
            </w:pPr>
            <w:r>
              <w:t>Qualifica e sede di servizio</w:t>
            </w:r>
          </w:p>
        </w:tc>
        <w:tc>
          <w:tcPr>
            <w:tcW w:w="6463" w:type="dxa"/>
          </w:tcPr>
          <w:p w14:paraId="5DDB620A" w14:textId="2955622A" w:rsidR="00DE4420" w:rsidRDefault="00565031">
            <w:pPr>
              <w:spacing w:after="60"/>
            </w:pPr>
            <w:proofErr w:type="spellStart"/>
            <w:r>
              <w:t>Assistente</w:t>
            </w:r>
            <w:proofErr w:type="spellEnd"/>
            <w:r>
              <w:t xml:space="preserve"> </w:t>
            </w:r>
            <w:proofErr w:type="spellStart"/>
            <w:r>
              <w:t>amministrativo</w:t>
            </w:r>
            <w:proofErr w:type="spellEnd"/>
            <w:r>
              <w:t xml:space="preserve"> – I.C. “Scopelliti-Green”</w:t>
            </w:r>
          </w:p>
        </w:tc>
      </w:tr>
    </w:tbl>
    <w:p w14:paraId="5B836852" w14:textId="77777777" w:rsidR="00DE4420" w:rsidRDefault="00565031">
      <w:r>
        <w:t>Il/La sottoscritto/a CHIEDE di partecipare alla selezione interna per il conferimento di un incarico di assistente amministrativo per attività aggiuntive di supporto al progetto, fino a un massimo di 60 ore.</w:t>
      </w:r>
    </w:p>
    <w:p w14:paraId="5B45F358" w14:textId="77777777" w:rsidR="00DE4420" w:rsidRDefault="00565031">
      <w:pPr>
        <w:pStyle w:val="Titolo1"/>
      </w:pPr>
      <w:r>
        <w:t>2. Rapporto di lavor</w:t>
      </w:r>
      <w:r>
        <w:t>o e disponibilità</w:t>
      </w:r>
    </w:p>
    <w:p w14:paraId="259563D7" w14:textId="77777777" w:rsidR="00DE4420" w:rsidRDefault="00565031">
      <w:r>
        <w:t>Barrare e completare:</w:t>
      </w:r>
      <w:r>
        <w:br/>
        <w:t>☐ Rapporto a tempo indeterminato.</w:t>
      </w:r>
      <w:r>
        <w:br/>
        <w:t>☐ Rapporto a tempo determinato dal ______________ al ______________.</w:t>
      </w:r>
      <w:r>
        <w:br/>
        <w:t>☐ Tempo pieno.</w:t>
      </w:r>
      <w:r>
        <w:br/>
        <w:t>☐ Tempo parziale: ______ ore settimanali.</w:t>
      </w:r>
    </w:p>
    <w:p w14:paraId="5407E2A1" w14:textId="3CE857A6" w:rsidR="00DE4420" w:rsidRDefault="008D4420" w:rsidP="008D4420"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Disponibilità</w:t>
      </w:r>
      <w:proofErr w:type="spellEnd"/>
      <w:r>
        <w:t xml:space="preserve"> per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aggiuntive</w:t>
      </w:r>
      <w:proofErr w:type="spellEnd"/>
      <w:r>
        <w:t xml:space="preserve"> </w:t>
      </w:r>
    </w:p>
    <w:p w14:paraId="4D8E1B38" w14:textId="77777777" w:rsidR="00DE4420" w:rsidRDefault="00565031">
      <w:pPr>
        <w:pStyle w:val="Titolo1"/>
      </w:pPr>
      <w:r>
        <w:t>3. Dichiaraz</w:t>
      </w:r>
      <w:r>
        <w:t>ioni sostitutive</w:t>
      </w:r>
    </w:p>
    <w:p w14:paraId="5FB7204A" w14:textId="77777777" w:rsidR="00DE4420" w:rsidRDefault="00565031" w:rsidP="008D4420">
      <w:pPr>
        <w:jc w:val="both"/>
      </w:pPr>
      <w:r>
        <w:t>Il/La sottoscritto/a, consapevole delle responsabilità penali dell’art. 76 del D.P.R. 445/2000 e delle conseguenze dell’art. 75, ove applicabili, dichiara ai sensi degli artt. 46 e 47 del medesimo decreto:</w:t>
      </w:r>
    </w:p>
    <w:p w14:paraId="0F5E94C5" w14:textId="77777777" w:rsidR="00DE4420" w:rsidRDefault="00565031" w:rsidP="008D4420">
      <w:pPr>
        <w:jc w:val="both"/>
      </w:pPr>
      <w:r>
        <w:t>1. di essere in servizio presso l</w:t>
      </w:r>
      <w:r>
        <w:t>’Istituto nel profilo di assistente amministrativo e di possedere, alla scadenza, tutti i requisiti generali dell’art. 2 dell’Avviso;</w:t>
      </w:r>
    </w:p>
    <w:p w14:paraId="3A7E13E5" w14:textId="77777777" w:rsidR="00DE4420" w:rsidRDefault="00565031" w:rsidP="008D4420">
      <w:pPr>
        <w:jc w:val="both"/>
      </w:pPr>
      <w:r>
        <w:t>2. di possedere le competenze richieste dall’art. 3 dell’Avviso, come desumibili dal curriculum e dalle dichiarazioni pres</w:t>
      </w:r>
      <w:r>
        <w:t>entate;</w:t>
      </w:r>
    </w:p>
    <w:p w14:paraId="11CE193A" w14:textId="77777777" w:rsidR="00DE4420" w:rsidRDefault="00565031" w:rsidP="008D4420">
      <w:pPr>
        <w:jc w:val="both"/>
      </w:pPr>
      <w:r>
        <w:lastRenderedPageBreak/>
        <w:t>3. di essere disponibile a svolgere prestazioni aggiuntive oltre il servizio ordinario secondo la programmazione autorizzata, sotto il coordinamento del DSGA, nel rispetto degli obblighi contrattuali, dei riposi e delle prescrizioni applicabili;</w:t>
      </w:r>
    </w:p>
    <w:p w14:paraId="2AAA822A" w14:textId="77777777" w:rsidR="00DE4420" w:rsidRDefault="00565031" w:rsidP="008D4420">
      <w:pPr>
        <w:jc w:val="both"/>
      </w:pPr>
      <w:r>
        <w:t>4.</w:t>
      </w:r>
      <w:r>
        <w:t xml:space="preserve"> di accettare le condizioni dell’Avviso, il massimo individuale di 60 ore, il compenso orario di € 15,95 lordo dipendente e il costo lordo Stato di programmazione di € 21,17 orari, con applicazione degli oneri effettivi e degli arrotondamenti in liquidazio</w:t>
      </w:r>
      <w:r>
        <w:t>ne;</w:t>
      </w:r>
    </w:p>
    <w:p w14:paraId="6A5052A8" w14:textId="77777777" w:rsidR="00DE4420" w:rsidRDefault="00565031" w:rsidP="008D4420">
      <w:pPr>
        <w:jc w:val="both"/>
      </w:pPr>
      <w:r>
        <w:t>5. di essere consapevole che le ore sono un limite massimo e non un compenso forfettario garantito; sono riconoscibili solo prestazioni autorizzate, svolte, documentate e validate;</w:t>
      </w:r>
    </w:p>
    <w:p w14:paraId="267FE939" w14:textId="77777777" w:rsidR="00DE4420" w:rsidRDefault="00565031" w:rsidP="008D4420">
      <w:pPr>
        <w:jc w:val="both"/>
      </w:pPr>
      <w:r>
        <w:t>6. di essere consapevole che l’incarico riguarda l’intero progetto, non</w:t>
      </w:r>
      <w:r>
        <w:t xml:space="preserve"> comporta automaticamente partecipazione al viaggio e non trasferisce responsabilità proprie di DS, RUP o DSGA;</w:t>
      </w:r>
    </w:p>
    <w:p w14:paraId="142302A8" w14:textId="77777777" w:rsidR="00DE4420" w:rsidRDefault="00565031" w:rsidP="008D4420">
      <w:pPr>
        <w:jc w:val="both"/>
      </w:pPr>
      <w:r>
        <w:t>7. di non trovarsi in condizioni di incompatibilità o conflitto di interessi, anche potenziale, rispetto all’incarico e di impegnarsi a comunica</w:t>
      </w:r>
      <w:r>
        <w:t>re circostanze sopravvenute e ad astenersi nei casi previsti;</w:t>
      </w:r>
    </w:p>
    <w:p w14:paraId="1E299D6E" w14:textId="77777777" w:rsidR="00DE4420" w:rsidRDefault="00565031" w:rsidP="008D4420">
      <w:pPr>
        <w:jc w:val="both"/>
      </w:pPr>
      <w:r>
        <w:t>8. di non imputare le stesse ore o prestazioni ad altri incarichi o finanziamenti, né richiedere per le medesime ore compenso e recupero orario;</w:t>
      </w:r>
    </w:p>
    <w:p w14:paraId="3D8959DB" w14:textId="77777777" w:rsidR="00DE4420" w:rsidRDefault="00565031" w:rsidP="008D4420">
      <w:pPr>
        <w:jc w:val="both"/>
      </w:pPr>
      <w:r>
        <w:t>9. per il rapporto a tempo determinato, di essere</w:t>
      </w:r>
      <w:r>
        <w:t xml:space="preserve"> consapevole che le prestazioni sono conferibili entro la durata del rapporto, salva legittima prosecuzione e apposito atto;</w:t>
      </w:r>
    </w:p>
    <w:p w14:paraId="5948F8AE" w14:textId="77777777" w:rsidR="00DE4420" w:rsidRDefault="00565031" w:rsidP="008D4420">
      <w:pPr>
        <w:jc w:val="both"/>
      </w:pPr>
      <w:r>
        <w:t>10. che le informazioni, i titoli e le esperienze dichiarati nella domanda, nel curriculum e nell’autovalutazione sono veritieri;</w:t>
      </w:r>
    </w:p>
    <w:p w14:paraId="5F79080C" w14:textId="77777777" w:rsidR="00DE4420" w:rsidRDefault="00565031" w:rsidP="008D4420">
      <w:pPr>
        <w:jc w:val="both"/>
      </w:pPr>
      <w:r>
        <w:t>1</w:t>
      </w:r>
      <w:r>
        <w:t>1. di aver preso visione dell’informativa sul trattamento dei dati personali contenuta nell’art. 12 dell’Avviso.</w:t>
      </w:r>
    </w:p>
    <w:p w14:paraId="41369039" w14:textId="77777777" w:rsidR="00DE4420" w:rsidRDefault="00565031">
      <w:pPr>
        <w:pStyle w:val="Titolo1"/>
      </w:pPr>
      <w:r>
        <w:t>4. Documenti allegati</w:t>
      </w:r>
    </w:p>
    <w:p w14:paraId="6547A8B5" w14:textId="77777777" w:rsidR="00DE4420" w:rsidRDefault="00565031">
      <w:r>
        <w:t>☐</w:t>
      </w:r>
      <w:r>
        <w:t xml:space="preserve"> Curriculum datato e sottoscritto.</w:t>
      </w:r>
      <w:r>
        <w:br/>
        <w:t>☐ Allegato B-ATA – Scheda di autovalutazione.</w:t>
      </w:r>
      <w:r>
        <w:br/>
        <w:t>☐ Allegato C-ATA – Dichiarazione di inc</w:t>
      </w:r>
      <w:r>
        <w:t>ompatibilità e conflitto di interessi.</w:t>
      </w:r>
      <w:r>
        <w:br/>
        <w:t>☐ Documento di identità in corso di validità.</w:t>
      </w:r>
      <w:r>
        <w:br/>
        <w:t>☐ Documento non allegato perché la domanda è firmata digitalmente o sottoscritta con altra modalità di identificazione ammessa.</w:t>
      </w:r>
    </w:p>
    <w:p w14:paraId="092004F8" w14:textId="77777777" w:rsidR="00DE4420" w:rsidRDefault="00565031" w:rsidP="008D4420">
      <w:pPr>
        <w:jc w:val="both"/>
      </w:pPr>
      <w:r>
        <w:t xml:space="preserve">Numerare progressivamente nel curriculum i </w:t>
      </w:r>
      <w:r>
        <w:t>titoli e le esperienze da valutare (1, 2, 3, …). Nella scheda B-ATA riportare una breve descrizione e il corrispondente numero. Non è necessario numerare le altre voci del curriculum. Il formato europeo non è obbligatorio.</w:t>
      </w:r>
    </w:p>
    <w:p w14:paraId="2C6B5013" w14:textId="77777777" w:rsidR="00DE4420" w:rsidRDefault="00565031" w:rsidP="008D4420">
      <w:pPr>
        <w:jc w:val="both"/>
      </w:pPr>
      <w:r>
        <w:t>Il/La sottoscritto/a indica i rec</w:t>
      </w:r>
      <w:r>
        <w:t>apiti sopra riportati per le comunicazioni della procedura e si impegna a segnalarne le variazioni.</w:t>
      </w:r>
    </w:p>
    <w:p w14:paraId="2BEBA24D" w14:textId="77777777" w:rsidR="00DE4420" w:rsidRDefault="00565031">
      <w:r>
        <w:t>Luogo e data _____________________    Firma __________________________</w:t>
      </w:r>
    </w:p>
    <w:sectPr w:rsidR="00DE4420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2E800" w14:textId="77777777" w:rsidR="003C5812" w:rsidRDefault="003C5812">
      <w:pPr>
        <w:spacing w:after="0"/>
      </w:pPr>
      <w:r>
        <w:separator/>
      </w:r>
    </w:p>
  </w:endnote>
  <w:endnote w:type="continuationSeparator" w:id="0">
    <w:p w14:paraId="52FEB2EB" w14:textId="77777777" w:rsidR="003C5812" w:rsidRDefault="003C58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6F92E" w14:textId="77777777" w:rsidR="00DE4420" w:rsidRDefault="00565031">
    <w:pPr>
      <w:pStyle w:val="Pidipagina"/>
      <w:jc w:val="right"/>
    </w:pPr>
    <w:proofErr w:type="spellStart"/>
    <w:r>
      <w:t>Allegato</w:t>
    </w:r>
    <w:proofErr w:type="spellEnd"/>
    <w:r>
      <w:t xml:space="preserve"> A-ATA – </w:t>
    </w: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8D442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C80A9" w14:textId="77777777" w:rsidR="003C5812" w:rsidRDefault="003C5812">
      <w:pPr>
        <w:spacing w:after="0"/>
      </w:pPr>
      <w:r>
        <w:separator/>
      </w:r>
    </w:p>
  </w:footnote>
  <w:footnote w:type="continuationSeparator" w:id="0">
    <w:p w14:paraId="5741CEEB" w14:textId="77777777" w:rsidR="003C5812" w:rsidRDefault="003C58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07837" w14:textId="404BD357" w:rsidR="008D4420" w:rsidRDefault="008D4420">
    <w:pPr>
      <w:pStyle w:val="Intestazione"/>
    </w:pPr>
    <w:r w:rsidRPr="009821BF">
      <w:rPr>
        <w:rFonts w:eastAsia="Calibri" w:cs="Times New Roman"/>
        <w:noProof/>
        <w:color w:val="auto"/>
        <w:lang w:val="it-IT"/>
      </w:rPr>
      <w:drawing>
        <wp:inline distT="0" distB="0" distL="0" distR="0" wp14:anchorId="37F79024" wp14:editId="2F617F42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5812"/>
    <w:rsid w:val="00565031"/>
    <w:rsid w:val="008D4420"/>
    <w:rsid w:val="00AA1D8D"/>
    <w:rsid w:val="00B47730"/>
    <w:rsid w:val="00CB0664"/>
    <w:rsid w:val="00CD7470"/>
    <w:rsid w:val="00DE44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D9F9F"/>
  <w14:defaultImageDpi w14:val="300"/>
  <w15:docId w15:val="{9460FB3E-F6BD-49EF-94A0-4997A087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5650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240540-D7B0-4561-87C4-8D779A76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UTENTE</cp:lastModifiedBy>
  <cp:revision>3</cp:revision>
  <dcterms:created xsi:type="dcterms:W3CDTF">2013-12-23T23:15:00Z</dcterms:created>
  <dcterms:modified xsi:type="dcterms:W3CDTF">2026-11-03T12:32:00Z</dcterms:modified>
  <cp:category/>
</cp:coreProperties>
</file>