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1A8DC" w14:textId="77777777" w:rsidR="00095F1A" w:rsidRDefault="009C793C">
      <w:r>
        <w:rPr>
          <w:b/>
        </w:rPr>
        <w:t>ALLEGATO B-ATA – SCHEDA DI AUTOVALUTAZIONE – ASSISTENTI AMMINISTRATIVI</w:t>
      </w:r>
    </w:p>
    <w:p w14:paraId="3997CF46" w14:textId="77777777" w:rsidR="00095F1A" w:rsidRDefault="009C793C">
      <w:r>
        <w:t>Al Dirigente scolastico</w:t>
      </w:r>
      <w:r>
        <w:br/>
        <w:t>Istituto Comprensivo Statale “Scopelliti-Green” – Rosarno</w:t>
      </w:r>
    </w:p>
    <w:p w14:paraId="0FF7719F" w14:textId="77777777" w:rsidR="00095F1A" w:rsidRDefault="009C793C">
      <w:r>
        <w:rPr>
          <w:b/>
        </w:rPr>
        <w:t>PR CALABRIA FESR FSE+ 2021–2027</w:t>
      </w:r>
      <w:r>
        <w:rPr>
          <w:b/>
        </w:rPr>
        <w:br/>
        <w:t>Obiettivo specifico ESO4.5 – Azione 4.e.1</w:t>
      </w:r>
      <w:r>
        <w:rPr>
          <w:b/>
        </w:rPr>
        <w:br/>
        <w:t xml:space="preserve">“Vivi e Scopri la Calabria” </w:t>
      </w:r>
      <w:r>
        <w:rPr>
          <w:b/>
        </w:rPr>
        <w:t>– II finestra</w:t>
      </w:r>
    </w:p>
    <w:p w14:paraId="22CE954A" w14:textId="77777777" w:rsidR="00095F1A" w:rsidRDefault="009C793C">
      <w:r>
        <w:t>Progetto: “Esplorare, narrare e gustare la ‘Calabresità’ – 2ª annualità”</w:t>
      </w:r>
      <w:r>
        <w:br/>
        <w:t>CUP B94D26003060006 – Finanziamento complessivo € 73.500,00</w:t>
      </w:r>
      <w:r>
        <w:br/>
        <w:t>Convenzione: repertorio Regione Calabria n. 4007 del 03/08/2026</w:t>
      </w:r>
    </w:p>
    <w:p w14:paraId="6A41F805" w14:textId="71BC78DF" w:rsidR="00095F1A" w:rsidRDefault="009C793C" w:rsidP="009C793C">
      <w:pPr>
        <w:pStyle w:val="Default"/>
      </w:pPr>
      <w:r>
        <w:t>Selezione interna di n. 2 assistenti amminist</w:t>
      </w:r>
      <w:r>
        <w:t>rativi, massimo 60 ore ciascuno.</w:t>
      </w:r>
      <w:r>
        <w:br/>
      </w:r>
      <w:r w:rsidRPr="009C793C">
        <w:t>Avviso prot. n</w:t>
      </w:r>
      <w:r w:rsidRPr="009C793C">
        <w:t xml:space="preserve">. </w:t>
      </w:r>
      <w:bookmarkStart w:id="0" w:name="_GoBack"/>
      <w:bookmarkEnd w:id="0"/>
      <w:r w:rsidRPr="009C793C">
        <w:rPr>
          <w:b/>
          <w:bCs/>
        </w:rPr>
        <w:t>0007500/U del 03/11/2026</w:t>
      </w:r>
      <w:r>
        <w:rPr>
          <w:b/>
          <w:bCs/>
          <w:sz w:val="16"/>
          <w:szCs w:val="16"/>
        </w:rPr>
        <w:t>.</w:t>
      </w:r>
    </w:p>
    <w:p w14:paraId="1377A690" w14:textId="77777777" w:rsidR="00EE380D" w:rsidRDefault="00EE380D"/>
    <w:p w14:paraId="7FD4C43C" w14:textId="77777777" w:rsidR="00095F1A" w:rsidRDefault="009C793C">
      <w:r>
        <w:t>Candidato/a _______________________________________________________</w:t>
      </w:r>
    </w:p>
    <w:p w14:paraId="20792BA2" w14:textId="77777777" w:rsidR="00095F1A" w:rsidRDefault="009C793C">
      <w:r>
        <w:rPr>
          <w:b/>
        </w:rPr>
        <w:t>Criteri dell’art. 4 dell’Avviso – massimo complessivo 44 punti.</w:t>
      </w:r>
    </w:p>
    <w:p w14:paraId="638BA6D0" w14:textId="28015B64" w:rsidR="00095F1A" w:rsidRDefault="009C793C" w:rsidP="00EE380D">
      <w:pPr>
        <w:jc w:val="both"/>
      </w:pPr>
      <w:r>
        <w:t xml:space="preserve">ISTRUZIONI: </w:t>
      </w:r>
      <w:proofErr w:type="spellStart"/>
      <w:r w:rsidR="00EE380D">
        <w:t>inserire</w:t>
      </w:r>
      <w:proofErr w:type="spellEnd"/>
      <w:r w:rsidR="00EE380D">
        <w:t xml:space="preserve"> </w:t>
      </w:r>
      <w:r>
        <w:t>una voce p</w:t>
      </w:r>
      <w:r>
        <w:t>er riga, con breve descrizione e numero progressivo della corrispondente voce nel curriculum. Compilare soltanto i punti richiesti; lasciare vuota la colonna della commissione. È possibile aggiungere righe o fogli di seguito, identificati e sottoscritti, s</w:t>
      </w:r>
      <w:r>
        <w:t>enza modificare criteri e massimali.</w:t>
      </w:r>
    </w:p>
    <w:p w14:paraId="7F8B65E8" w14:textId="77777777" w:rsidR="00095F1A" w:rsidRDefault="009C793C">
      <w:pPr>
        <w:pStyle w:val="Titolo1"/>
      </w:pPr>
      <w:r>
        <w:t>Criterio 1</w:t>
      </w:r>
    </w:p>
    <w:p w14:paraId="21D16826" w14:textId="77777777" w:rsidR="00095F1A" w:rsidRDefault="009C793C" w:rsidP="00EE380D">
      <w:pPr>
        <w:jc w:val="both"/>
      </w:pPr>
      <w:r>
        <w:t>Titolo di studio: diploma di istruzione secondaria di secondo grado, 2 punti; laurea triennale, magistrale, specialistica o del vecchio ordinamento, 4 punti. Si valuta un solo titolo, quello più favorevole; d</w:t>
      </w:r>
      <w:r>
        <w:t>iploma e laurea non sono cumulabili.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592"/>
        <w:gridCol w:w="1474"/>
        <w:gridCol w:w="1871"/>
        <w:gridCol w:w="1928"/>
      </w:tblGrid>
      <w:tr w:rsidR="00095F1A" w14:paraId="045DFAC6" w14:textId="77777777">
        <w:trPr>
          <w:cantSplit/>
          <w:tblHeader/>
        </w:trPr>
        <w:tc>
          <w:tcPr>
            <w:tcW w:w="4592" w:type="dxa"/>
            <w:shd w:val="clear" w:color="auto" w:fill="D9E2F3"/>
          </w:tcPr>
          <w:p w14:paraId="79953ECF" w14:textId="77777777" w:rsidR="00095F1A" w:rsidRDefault="009C793C">
            <w:pPr>
              <w:spacing w:after="60"/>
            </w:pPr>
            <w:r>
              <w:rPr>
                <w:b/>
              </w:rPr>
              <w:t>Breve descrizione del titolo o dell’esperienza</w:t>
            </w:r>
          </w:p>
        </w:tc>
        <w:tc>
          <w:tcPr>
            <w:tcW w:w="1474" w:type="dxa"/>
            <w:shd w:val="clear" w:color="auto" w:fill="D9E2F3"/>
          </w:tcPr>
          <w:p w14:paraId="6D979690" w14:textId="77777777" w:rsidR="00095F1A" w:rsidRDefault="009C793C">
            <w:pPr>
              <w:spacing w:after="60"/>
            </w:pPr>
            <w:r>
              <w:rPr>
                <w:b/>
              </w:rPr>
              <w:t>N. riferimento nel curriculum</w:t>
            </w:r>
          </w:p>
        </w:tc>
        <w:tc>
          <w:tcPr>
            <w:tcW w:w="1871" w:type="dxa"/>
            <w:shd w:val="clear" w:color="auto" w:fill="D9E2F3"/>
          </w:tcPr>
          <w:p w14:paraId="6B780CD1" w14:textId="77777777" w:rsidR="00095F1A" w:rsidRDefault="009C793C">
            <w:pPr>
              <w:spacing w:after="60"/>
            </w:pPr>
            <w:r>
              <w:rPr>
                <w:b/>
              </w:rPr>
              <w:t>Punti richiesti dal candidato</w:t>
            </w:r>
          </w:p>
        </w:tc>
        <w:tc>
          <w:tcPr>
            <w:tcW w:w="1928" w:type="dxa"/>
            <w:shd w:val="clear" w:color="auto" w:fill="D9E2F3"/>
          </w:tcPr>
          <w:p w14:paraId="7790AD87" w14:textId="77777777" w:rsidR="00095F1A" w:rsidRDefault="009C793C">
            <w:pPr>
              <w:spacing w:after="60"/>
            </w:pPr>
            <w:r>
              <w:rPr>
                <w:b/>
              </w:rPr>
              <w:t>Punti attribuiti dalla commissione</w:t>
            </w:r>
          </w:p>
        </w:tc>
      </w:tr>
      <w:tr w:rsidR="00095F1A" w14:paraId="1FF4F283" w14:textId="77777777">
        <w:trPr>
          <w:cantSplit/>
          <w:trHeight w:val="369"/>
        </w:trPr>
        <w:tc>
          <w:tcPr>
            <w:tcW w:w="4592" w:type="dxa"/>
          </w:tcPr>
          <w:p w14:paraId="246A329B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19243263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1CADBDC8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505675E0" w14:textId="77777777" w:rsidR="00095F1A" w:rsidRDefault="00095F1A">
            <w:pPr>
              <w:spacing w:after="60"/>
            </w:pPr>
          </w:p>
        </w:tc>
      </w:tr>
      <w:tr w:rsidR="00095F1A" w14:paraId="1682FC11" w14:textId="77777777">
        <w:trPr>
          <w:cantSplit/>
          <w:trHeight w:val="369"/>
        </w:trPr>
        <w:tc>
          <w:tcPr>
            <w:tcW w:w="4592" w:type="dxa"/>
          </w:tcPr>
          <w:p w14:paraId="130840CB" w14:textId="77777777" w:rsidR="00095F1A" w:rsidRDefault="009C793C">
            <w:pPr>
              <w:spacing w:after="60"/>
            </w:pPr>
            <w:r>
              <w:t>Subtotale criterio 1 – massimo 4</w:t>
            </w:r>
          </w:p>
        </w:tc>
        <w:tc>
          <w:tcPr>
            <w:tcW w:w="1474" w:type="dxa"/>
          </w:tcPr>
          <w:p w14:paraId="3EAA5DE0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28E021B5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3979F399" w14:textId="77777777" w:rsidR="00095F1A" w:rsidRDefault="00095F1A">
            <w:pPr>
              <w:spacing w:after="60"/>
            </w:pPr>
          </w:p>
        </w:tc>
      </w:tr>
    </w:tbl>
    <w:p w14:paraId="3A0CD697" w14:textId="77777777" w:rsidR="00095F1A" w:rsidRDefault="00095F1A"/>
    <w:p w14:paraId="19914476" w14:textId="77777777" w:rsidR="00095F1A" w:rsidRDefault="009C793C">
      <w:pPr>
        <w:pStyle w:val="Titolo1"/>
      </w:pPr>
      <w:r>
        <w:t>Criterio 2</w:t>
      </w:r>
    </w:p>
    <w:p w14:paraId="74FC2207" w14:textId="77777777" w:rsidR="00095F1A" w:rsidRDefault="009C793C" w:rsidP="00EE380D">
      <w:pPr>
        <w:jc w:val="both"/>
      </w:pPr>
      <w:r>
        <w:t xml:space="preserve">Servizio nel profilo </w:t>
      </w:r>
      <w:r>
        <w:t>di assistente amministrativo a tempo indeterminato o determinato: 1 punto ogni 12 mesi complessivi, massimo 10 punti.</w:t>
      </w:r>
    </w:p>
    <w:p w14:paraId="07B26B78" w14:textId="77777777" w:rsidR="00095F1A" w:rsidRDefault="009C793C" w:rsidP="00EE380D">
      <w:pPr>
        <w:jc w:val="both"/>
      </w:pPr>
      <w:r>
        <w:t>Indicare amministrazione e date di inizio/fine dei periodi. Si conteggiano solo mesi interi, anche non continuativi, senza duplicare perio</w:t>
      </w:r>
      <w:r>
        <w:t>di sovrapposti; frazioni di mese e mesi residui inferiori a dodici non attribuiscono punti. Contratti consecutivi senza interruzione costituiscono un periodo continuativo per il conteggio. Il criterio non modifica il riconoscimento giuridico del servizio.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592"/>
        <w:gridCol w:w="1474"/>
        <w:gridCol w:w="1871"/>
        <w:gridCol w:w="1928"/>
      </w:tblGrid>
      <w:tr w:rsidR="00095F1A" w14:paraId="34377DAC" w14:textId="77777777">
        <w:trPr>
          <w:cantSplit/>
          <w:tblHeader/>
        </w:trPr>
        <w:tc>
          <w:tcPr>
            <w:tcW w:w="4592" w:type="dxa"/>
            <w:shd w:val="clear" w:color="auto" w:fill="D9E2F3"/>
          </w:tcPr>
          <w:p w14:paraId="62D1970F" w14:textId="77777777" w:rsidR="00095F1A" w:rsidRDefault="009C793C">
            <w:pPr>
              <w:spacing w:after="60"/>
            </w:pPr>
            <w:r>
              <w:rPr>
                <w:b/>
              </w:rPr>
              <w:t>Breve descrizione del titolo o dell’esperienza</w:t>
            </w:r>
          </w:p>
        </w:tc>
        <w:tc>
          <w:tcPr>
            <w:tcW w:w="1474" w:type="dxa"/>
            <w:shd w:val="clear" w:color="auto" w:fill="D9E2F3"/>
          </w:tcPr>
          <w:p w14:paraId="1D9D0AB2" w14:textId="77777777" w:rsidR="00095F1A" w:rsidRDefault="009C793C">
            <w:pPr>
              <w:spacing w:after="60"/>
            </w:pPr>
            <w:r>
              <w:rPr>
                <w:b/>
              </w:rPr>
              <w:t>N. riferimento nel curriculum</w:t>
            </w:r>
          </w:p>
        </w:tc>
        <w:tc>
          <w:tcPr>
            <w:tcW w:w="1871" w:type="dxa"/>
            <w:shd w:val="clear" w:color="auto" w:fill="D9E2F3"/>
          </w:tcPr>
          <w:p w14:paraId="2CB005E3" w14:textId="77777777" w:rsidR="00095F1A" w:rsidRDefault="009C793C">
            <w:pPr>
              <w:spacing w:after="60"/>
            </w:pPr>
            <w:r>
              <w:rPr>
                <w:b/>
              </w:rPr>
              <w:t>Punti richiesti dal candidato</w:t>
            </w:r>
          </w:p>
        </w:tc>
        <w:tc>
          <w:tcPr>
            <w:tcW w:w="1928" w:type="dxa"/>
            <w:shd w:val="clear" w:color="auto" w:fill="D9E2F3"/>
          </w:tcPr>
          <w:p w14:paraId="77DEAA48" w14:textId="77777777" w:rsidR="00095F1A" w:rsidRDefault="009C793C">
            <w:pPr>
              <w:spacing w:after="60"/>
            </w:pPr>
            <w:r>
              <w:rPr>
                <w:b/>
              </w:rPr>
              <w:t>Punti attribuiti dalla commissione</w:t>
            </w:r>
          </w:p>
        </w:tc>
      </w:tr>
      <w:tr w:rsidR="00095F1A" w14:paraId="5ABCF3C1" w14:textId="77777777">
        <w:trPr>
          <w:cantSplit/>
          <w:trHeight w:val="369"/>
        </w:trPr>
        <w:tc>
          <w:tcPr>
            <w:tcW w:w="4592" w:type="dxa"/>
          </w:tcPr>
          <w:p w14:paraId="4FDD1084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6ECF7A68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2897DB8C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64CE55C3" w14:textId="77777777" w:rsidR="00095F1A" w:rsidRDefault="00095F1A">
            <w:pPr>
              <w:spacing w:after="60"/>
            </w:pPr>
          </w:p>
        </w:tc>
      </w:tr>
      <w:tr w:rsidR="00095F1A" w14:paraId="37E797FF" w14:textId="77777777">
        <w:trPr>
          <w:cantSplit/>
          <w:trHeight w:val="369"/>
        </w:trPr>
        <w:tc>
          <w:tcPr>
            <w:tcW w:w="4592" w:type="dxa"/>
          </w:tcPr>
          <w:p w14:paraId="1DE00BC1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372FC062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3DF43E34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5E03191F" w14:textId="77777777" w:rsidR="00095F1A" w:rsidRDefault="00095F1A">
            <w:pPr>
              <w:spacing w:after="60"/>
            </w:pPr>
          </w:p>
        </w:tc>
      </w:tr>
      <w:tr w:rsidR="00095F1A" w14:paraId="27F4C036" w14:textId="77777777">
        <w:trPr>
          <w:cantSplit/>
          <w:trHeight w:val="369"/>
        </w:trPr>
        <w:tc>
          <w:tcPr>
            <w:tcW w:w="4592" w:type="dxa"/>
          </w:tcPr>
          <w:p w14:paraId="4ABEF464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1AB2899B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4E55BAA7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49E66D1D" w14:textId="77777777" w:rsidR="00095F1A" w:rsidRDefault="00095F1A">
            <w:pPr>
              <w:spacing w:after="60"/>
            </w:pPr>
          </w:p>
        </w:tc>
      </w:tr>
      <w:tr w:rsidR="00095F1A" w14:paraId="1811CBD3" w14:textId="77777777">
        <w:trPr>
          <w:cantSplit/>
          <w:trHeight w:val="369"/>
        </w:trPr>
        <w:tc>
          <w:tcPr>
            <w:tcW w:w="4592" w:type="dxa"/>
          </w:tcPr>
          <w:p w14:paraId="737EA6D0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5CD2798A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118D8644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7D649E17" w14:textId="77777777" w:rsidR="00095F1A" w:rsidRDefault="00095F1A">
            <w:pPr>
              <w:spacing w:after="60"/>
            </w:pPr>
          </w:p>
        </w:tc>
      </w:tr>
      <w:tr w:rsidR="00095F1A" w14:paraId="33D4DEAB" w14:textId="77777777">
        <w:trPr>
          <w:cantSplit/>
          <w:trHeight w:val="369"/>
        </w:trPr>
        <w:tc>
          <w:tcPr>
            <w:tcW w:w="4592" w:type="dxa"/>
          </w:tcPr>
          <w:p w14:paraId="7DC50DAE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0BAAB69D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2F2C55D1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52E4EFEB" w14:textId="77777777" w:rsidR="00095F1A" w:rsidRDefault="00095F1A">
            <w:pPr>
              <w:spacing w:after="60"/>
            </w:pPr>
          </w:p>
        </w:tc>
      </w:tr>
      <w:tr w:rsidR="00095F1A" w14:paraId="162F8BEC" w14:textId="77777777">
        <w:trPr>
          <w:cantSplit/>
          <w:trHeight w:val="369"/>
        </w:trPr>
        <w:tc>
          <w:tcPr>
            <w:tcW w:w="4592" w:type="dxa"/>
          </w:tcPr>
          <w:p w14:paraId="086F06DD" w14:textId="77777777" w:rsidR="00095F1A" w:rsidRDefault="009C793C">
            <w:pPr>
              <w:spacing w:after="60"/>
            </w:pPr>
            <w:r>
              <w:t>Subtotale criterio 2 – massimo 10</w:t>
            </w:r>
          </w:p>
        </w:tc>
        <w:tc>
          <w:tcPr>
            <w:tcW w:w="1474" w:type="dxa"/>
          </w:tcPr>
          <w:p w14:paraId="2666FD5D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5812B1A6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6036177A" w14:textId="77777777" w:rsidR="00095F1A" w:rsidRDefault="00095F1A">
            <w:pPr>
              <w:spacing w:after="60"/>
            </w:pPr>
          </w:p>
        </w:tc>
      </w:tr>
    </w:tbl>
    <w:p w14:paraId="3917A617" w14:textId="77777777" w:rsidR="00095F1A" w:rsidRDefault="009C793C">
      <w:r>
        <w:t xml:space="preserve">Mesi interi complessivi dichiarati: __________. </w:t>
      </w:r>
      <w:r>
        <w:t>Blocchi di 12 mesi valutabili: __________. Punti richiesti (max 10): __________.</w:t>
      </w:r>
    </w:p>
    <w:p w14:paraId="5B4B9386" w14:textId="77777777" w:rsidR="00095F1A" w:rsidRDefault="00095F1A"/>
    <w:p w14:paraId="7D676D58" w14:textId="77777777" w:rsidR="00095F1A" w:rsidRDefault="009C793C">
      <w:r>
        <w:br w:type="page"/>
      </w:r>
    </w:p>
    <w:p w14:paraId="556C6FAD" w14:textId="77777777" w:rsidR="00095F1A" w:rsidRDefault="009C793C">
      <w:pPr>
        <w:pStyle w:val="Titolo1"/>
      </w:pPr>
      <w:proofErr w:type="spellStart"/>
      <w:r>
        <w:lastRenderedPageBreak/>
        <w:t>Criterio</w:t>
      </w:r>
      <w:proofErr w:type="spellEnd"/>
      <w:r>
        <w:t xml:space="preserve"> 3</w:t>
      </w:r>
    </w:p>
    <w:p w14:paraId="3C052AC5" w14:textId="77777777" w:rsidR="00095F1A" w:rsidRDefault="009C793C" w:rsidP="00EE380D">
      <w:pPr>
        <w:jc w:val="both"/>
      </w:pPr>
      <w:r>
        <w:t>Supporto amministrativo formalizzato in progetti PON, PN, POR, PNRR o analoghi finanziati: 2 punti per progetto, massimo 20 punti.</w:t>
      </w:r>
    </w:p>
    <w:p w14:paraId="2D46A920" w14:textId="77777777" w:rsidR="00095F1A" w:rsidRDefault="009C793C" w:rsidP="00EE380D">
      <w:pPr>
        <w:jc w:val="both"/>
      </w:pPr>
      <w:r>
        <w:t xml:space="preserve">Una sola esperienza per </w:t>
      </w:r>
      <w:r>
        <w:t>progetto, effettivamente svolta alla scadenza: più moduli del medesimo progetto non moltiplicano il punteggio. Indicare progetto, scuola e riferimento dell’incarico. La generica presenza in servizio non è un incarico di supporto formalizzato.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592"/>
        <w:gridCol w:w="1474"/>
        <w:gridCol w:w="1871"/>
        <w:gridCol w:w="1928"/>
      </w:tblGrid>
      <w:tr w:rsidR="00095F1A" w14:paraId="641CADA6" w14:textId="77777777">
        <w:trPr>
          <w:cantSplit/>
          <w:tblHeader/>
        </w:trPr>
        <w:tc>
          <w:tcPr>
            <w:tcW w:w="4592" w:type="dxa"/>
            <w:shd w:val="clear" w:color="auto" w:fill="D9E2F3"/>
          </w:tcPr>
          <w:p w14:paraId="0AD2F723" w14:textId="77777777" w:rsidR="00095F1A" w:rsidRDefault="009C793C">
            <w:pPr>
              <w:spacing w:after="60"/>
            </w:pPr>
            <w:r>
              <w:rPr>
                <w:b/>
              </w:rPr>
              <w:t>Breve descriz</w:t>
            </w:r>
            <w:r>
              <w:rPr>
                <w:b/>
              </w:rPr>
              <w:t>ione del titolo o dell’esperienza</w:t>
            </w:r>
          </w:p>
        </w:tc>
        <w:tc>
          <w:tcPr>
            <w:tcW w:w="1474" w:type="dxa"/>
            <w:shd w:val="clear" w:color="auto" w:fill="D9E2F3"/>
          </w:tcPr>
          <w:p w14:paraId="5A5FAA44" w14:textId="77777777" w:rsidR="00095F1A" w:rsidRDefault="009C793C">
            <w:pPr>
              <w:spacing w:after="60"/>
            </w:pPr>
            <w:r>
              <w:rPr>
                <w:b/>
              </w:rPr>
              <w:t>N. riferimento nel curriculum</w:t>
            </w:r>
          </w:p>
        </w:tc>
        <w:tc>
          <w:tcPr>
            <w:tcW w:w="1871" w:type="dxa"/>
            <w:shd w:val="clear" w:color="auto" w:fill="D9E2F3"/>
          </w:tcPr>
          <w:p w14:paraId="2313E785" w14:textId="77777777" w:rsidR="00095F1A" w:rsidRDefault="009C793C">
            <w:pPr>
              <w:spacing w:after="60"/>
            </w:pPr>
            <w:r>
              <w:rPr>
                <w:b/>
              </w:rPr>
              <w:t>Punti richiesti dal candidato</w:t>
            </w:r>
          </w:p>
        </w:tc>
        <w:tc>
          <w:tcPr>
            <w:tcW w:w="1928" w:type="dxa"/>
            <w:shd w:val="clear" w:color="auto" w:fill="D9E2F3"/>
          </w:tcPr>
          <w:p w14:paraId="4DA5939C" w14:textId="77777777" w:rsidR="00095F1A" w:rsidRDefault="009C793C">
            <w:pPr>
              <w:spacing w:after="60"/>
            </w:pPr>
            <w:r>
              <w:rPr>
                <w:b/>
              </w:rPr>
              <w:t>Punti attribuiti dalla commissione</w:t>
            </w:r>
          </w:p>
        </w:tc>
      </w:tr>
      <w:tr w:rsidR="00095F1A" w14:paraId="6D3FC5DE" w14:textId="77777777">
        <w:trPr>
          <w:cantSplit/>
          <w:trHeight w:val="369"/>
        </w:trPr>
        <w:tc>
          <w:tcPr>
            <w:tcW w:w="4592" w:type="dxa"/>
          </w:tcPr>
          <w:p w14:paraId="3B3E9B50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6BD91604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022E7C03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4C582993" w14:textId="77777777" w:rsidR="00095F1A" w:rsidRDefault="00095F1A">
            <w:pPr>
              <w:spacing w:after="60"/>
            </w:pPr>
          </w:p>
        </w:tc>
      </w:tr>
      <w:tr w:rsidR="00095F1A" w14:paraId="5C02FC27" w14:textId="77777777">
        <w:trPr>
          <w:cantSplit/>
          <w:trHeight w:val="369"/>
        </w:trPr>
        <w:tc>
          <w:tcPr>
            <w:tcW w:w="4592" w:type="dxa"/>
          </w:tcPr>
          <w:p w14:paraId="4296C1D8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2C976066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4659F63B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044812B9" w14:textId="77777777" w:rsidR="00095F1A" w:rsidRDefault="00095F1A">
            <w:pPr>
              <w:spacing w:after="60"/>
            </w:pPr>
          </w:p>
        </w:tc>
      </w:tr>
      <w:tr w:rsidR="00095F1A" w14:paraId="54EAC0F8" w14:textId="77777777">
        <w:trPr>
          <w:cantSplit/>
          <w:trHeight w:val="369"/>
        </w:trPr>
        <w:tc>
          <w:tcPr>
            <w:tcW w:w="4592" w:type="dxa"/>
          </w:tcPr>
          <w:p w14:paraId="79903FCD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2DECA14C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69F4A3F8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6943463F" w14:textId="77777777" w:rsidR="00095F1A" w:rsidRDefault="00095F1A">
            <w:pPr>
              <w:spacing w:after="60"/>
            </w:pPr>
          </w:p>
        </w:tc>
      </w:tr>
      <w:tr w:rsidR="00095F1A" w14:paraId="3EAE50E9" w14:textId="77777777">
        <w:trPr>
          <w:cantSplit/>
          <w:trHeight w:val="369"/>
        </w:trPr>
        <w:tc>
          <w:tcPr>
            <w:tcW w:w="4592" w:type="dxa"/>
          </w:tcPr>
          <w:p w14:paraId="4CF9BB04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238868E3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432C9D8A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21A47F24" w14:textId="77777777" w:rsidR="00095F1A" w:rsidRDefault="00095F1A">
            <w:pPr>
              <w:spacing w:after="60"/>
            </w:pPr>
          </w:p>
        </w:tc>
      </w:tr>
      <w:tr w:rsidR="00095F1A" w14:paraId="7AC1DBCC" w14:textId="77777777">
        <w:trPr>
          <w:cantSplit/>
          <w:trHeight w:val="369"/>
        </w:trPr>
        <w:tc>
          <w:tcPr>
            <w:tcW w:w="4592" w:type="dxa"/>
          </w:tcPr>
          <w:p w14:paraId="4062C366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27EF0835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181A9F2A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5058D3CA" w14:textId="77777777" w:rsidR="00095F1A" w:rsidRDefault="00095F1A">
            <w:pPr>
              <w:spacing w:after="60"/>
            </w:pPr>
          </w:p>
        </w:tc>
      </w:tr>
      <w:tr w:rsidR="00095F1A" w14:paraId="6BFAA31F" w14:textId="77777777">
        <w:trPr>
          <w:cantSplit/>
          <w:trHeight w:val="369"/>
        </w:trPr>
        <w:tc>
          <w:tcPr>
            <w:tcW w:w="4592" w:type="dxa"/>
          </w:tcPr>
          <w:p w14:paraId="7A1A2521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580F654A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61AD9CED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5C6A1028" w14:textId="77777777" w:rsidR="00095F1A" w:rsidRDefault="00095F1A">
            <w:pPr>
              <w:spacing w:after="60"/>
            </w:pPr>
          </w:p>
        </w:tc>
      </w:tr>
      <w:tr w:rsidR="00095F1A" w14:paraId="2BB10D3F" w14:textId="77777777">
        <w:trPr>
          <w:cantSplit/>
          <w:trHeight w:val="369"/>
        </w:trPr>
        <w:tc>
          <w:tcPr>
            <w:tcW w:w="4592" w:type="dxa"/>
          </w:tcPr>
          <w:p w14:paraId="0950DF3D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7E90EE1D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190BCF44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751B1993" w14:textId="77777777" w:rsidR="00095F1A" w:rsidRDefault="00095F1A">
            <w:pPr>
              <w:spacing w:after="60"/>
            </w:pPr>
          </w:p>
        </w:tc>
      </w:tr>
      <w:tr w:rsidR="00095F1A" w14:paraId="41103F4A" w14:textId="77777777">
        <w:trPr>
          <w:cantSplit/>
          <w:trHeight w:val="369"/>
        </w:trPr>
        <w:tc>
          <w:tcPr>
            <w:tcW w:w="4592" w:type="dxa"/>
          </w:tcPr>
          <w:p w14:paraId="4255F2A4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764A65BA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1F2D7CD8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2F1B3014" w14:textId="77777777" w:rsidR="00095F1A" w:rsidRDefault="00095F1A">
            <w:pPr>
              <w:spacing w:after="60"/>
            </w:pPr>
          </w:p>
        </w:tc>
      </w:tr>
      <w:tr w:rsidR="00095F1A" w14:paraId="0E253A43" w14:textId="77777777">
        <w:trPr>
          <w:cantSplit/>
          <w:trHeight w:val="369"/>
        </w:trPr>
        <w:tc>
          <w:tcPr>
            <w:tcW w:w="4592" w:type="dxa"/>
          </w:tcPr>
          <w:p w14:paraId="2758D36D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15B3B266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29CFB691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209BA568" w14:textId="77777777" w:rsidR="00095F1A" w:rsidRDefault="00095F1A">
            <w:pPr>
              <w:spacing w:after="60"/>
            </w:pPr>
          </w:p>
        </w:tc>
      </w:tr>
      <w:tr w:rsidR="00095F1A" w14:paraId="27775C1C" w14:textId="77777777">
        <w:trPr>
          <w:cantSplit/>
          <w:trHeight w:val="369"/>
        </w:trPr>
        <w:tc>
          <w:tcPr>
            <w:tcW w:w="4592" w:type="dxa"/>
          </w:tcPr>
          <w:p w14:paraId="4538C7A6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2E5004B2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4ED0EEE3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40696C95" w14:textId="77777777" w:rsidR="00095F1A" w:rsidRDefault="00095F1A">
            <w:pPr>
              <w:spacing w:after="60"/>
            </w:pPr>
          </w:p>
        </w:tc>
      </w:tr>
      <w:tr w:rsidR="00095F1A" w14:paraId="4564D60F" w14:textId="77777777">
        <w:trPr>
          <w:cantSplit/>
          <w:trHeight w:val="369"/>
        </w:trPr>
        <w:tc>
          <w:tcPr>
            <w:tcW w:w="4592" w:type="dxa"/>
          </w:tcPr>
          <w:p w14:paraId="291558B1" w14:textId="77777777" w:rsidR="00095F1A" w:rsidRDefault="009C793C">
            <w:pPr>
              <w:spacing w:after="60"/>
            </w:pPr>
            <w:r>
              <w:t>Subtotale criterio 3 – massimo 20</w:t>
            </w:r>
          </w:p>
        </w:tc>
        <w:tc>
          <w:tcPr>
            <w:tcW w:w="1474" w:type="dxa"/>
          </w:tcPr>
          <w:p w14:paraId="32F852D2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7B8E17EE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1538F6E8" w14:textId="77777777" w:rsidR="00095F1A" w:rsidRDefault="00095F1A">
            <w:pPr>
              <w:spacing w:after="60"/>
            </w:pPr>
          </w:p>
        </w:tc>
      </w:tr>
    </w:tbl>
    <w:p w14:paraId="4874C4A2" w14:textId="77777777" w:rsidR="00095F1A" w:rsidRDefault="00095F1A"/>
    <w:p w14:paraId="42A843C2" w14:textId="77777777" w:rsidR="00095F1A" w:rsidRDefault="009C793C">
      <w:pPr>
        <w:pStyle w:val="Titolo1"/>
      </w:pPr>
      <w:r>
        <w:t>Criterio 4</w:t>
      </w:r>
    </w:p>
    <w:p w14:paraId="4C3C3933" w14:textId="77777777" w:rsidR="00095F1A" w:rsidRDefault="009C793C" w:rsidP="00EE380D">
      <w:pPr>
        <w:jc w:val="both"/>
      </w:pPr>
      <w:r>
        <w:t xml:space="preserve">Corsi di almeno 6 ore su </w:t>
      </w:r>
      <w:r>
        <w:t>gestione documentale, contabilità scolastica, progetti finanziati o piattaforme di gestione e monitoraggio: 1 punto per corso, massimo 5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592"/>
        <w:gridCol w:w="1474"/>
        <w:gridCol w:w="1871"/>
        <w:gridCol w:w="1928"/>
      </w:tblGrid>
      <w:tr w:rsidR="00095F1A" w14:paraId="56B67A9F" w14:textId="77777777">
        <w:trPr>
          <w:cantSplit/>
          <w:tblHeader/>
        </w:trPr>
        <w:tc>
          <w:tcPr>
            <w:tcW w:w="4592" w:type="dxa"/>
            <w:shd w:val="clear" w:color="auto" w:fill="D9E2F3"/>
          </w:tcPr>
          <w:p w14:paraId="3D6B3D8F" w14:textId="77777777" w:rsidR="00095F1A" w:rsidRDefault="009C793C">
            <w:pPr>
              <w:spacing w:after="60"/>
            </w:pPr>
            <w:r>
              <w:rPr>
                <w:b/>
              </w:rPr>
              <w:t>Breve descrizione del titolo o dell’esperienza</w:t>
            </w:r>
          </w:p>
        </w:tc>
        <w:tc>
          <w:tcPr>
            <w:tcW w:w="1474" w:type="dxa"/>
            <w:shd w:val="clear" w:color="auto" w:fill="D9E2F3"/>
          </w:tcPr>
          <w:p w14:paraId="56255D3B" w14:textId="77777777" w:rsidR="00095F1A" w:rsidRDefault="009C793C">
            <w:pPr>
              <w:spacing w:after="60"/>
            </w:pPr>
            <w:r>
              <w:rPr>
                <w:b/>
              </w:rPr>
              <w:t>N. riferimento nel curriculum</w:t>
            </w:r>
          </w:p>
        </w:tc>
        <w:tc>
          <w:tcPr>
            <w:tcW w:w="1871" w:type="dxa"/>
            <w:shd w:val="clear" w:color="auto" w:fill="D9E2F3"/>
          </w:tcPr>
          <w:p w14:paraId="727688CE" w14:textId="77777777" w:rsidR="00095F1A" w:rsidRDefault="009C793C">
            <w:pPr>
              <w:spacing w:after="60"/>
            </w:pPr>
            <w:r>
              <w:rPr>
                <w:b/>
              </w:rPr>
              <w:t>Punti richiesti dal candidato</w:t>
            </w:r>
          </w:p>
        </w:tc>
        <w:tc>
          <w:tcPr>
            <w:tcW w:w="1928" w:type="dxa"/>
            <w:shd w:val="clear" w:color="auto" w:fill="D9E2F3"/>
          </w:tcPr>
          <w:p w14:paraId="486B4803" w14:textId="77777777" w:rsidR="00095F1A" w:rsidRDefault="009C793C">
            <w:pPr>
              <w:spacing w:after="60"/>
            </w:pPr>
            <w:r>
              <w:rPr>
                <w:b/>
              </w:rPr>
              <w:t>Punti</w:t>
            </w:r>
            <w:r>
              <w:rPr>
                <w:b/>
              </w:rPr>
              <w:t xml:space="preserve"> attribuiti dalla commissione</w:t>
            </w:r>
          </w:p>
        </w:tc>
      </w:tr>
      <w:tr w:rsidR="00095F1A" w14:paraId="0844DA3C" w14:textId="77777777">
        <w:trPr>
          <w:cantSplit/>
          <w:trHeight w:val="369"/>
        </w:trPr>
        <w:tc>
          <w:tcPr>
            <w:tcW w:w="4592" w:type="dxa"/>
          </w:tcPr>
          <w:p w14:paraId="318B164E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3FE3816F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15E943A9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30D5770C" w14:textId="77777777" w:rsidR="00095F1A" w:rsidRDefault="00095F1A">
            <w:pPr>
              <w:spacing w:after="60"/>
            </w:pPr>
          </w:p>
        </w:tc>
      </w:tr>
      <w:tr w:rsidR="00095F1A" w14:paraId="510596EB" w14:textId="77777777">
        <w:trPr>
          <w:cantSplit/>
          <w:trHeight w:val="369"/>
        </w:trPr>
        <w:tc>
          <w:tcPr>
            <w:tcW w:w="4592" w:type="dxa"/>
          </w:tcPr>
          <w:p w14:paraId="5474DF3A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22A48D16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1DC556BE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369D7105" w14:textId="77777777" w:rsidR="00095F1A" w:rsidRDefault="00095F1A">
            <w:pPr>
              <w:spacing w:after="60"/>
            </w:pPr>
          </w:p>
        </w:tc>
      </w:tr>
      <w:tr w:rsidR="00095F1A" w14:paraId="1047BC30" w14:textId="77777777">
        <w:trPr>
          <w:cantSplit/>
          <w:trHeight w:val="369"/>
        </w:trPr>
        <w:tc>
          <w:tcPr>
            <w:tcW w:w="4592" w:type="dxa"/>
          </w:tcPr>
          <w:p w14:paraId="5E7BA7DC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48E391BE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5D5AF24D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050E4A5E" w14:textId="77777777" w:rsidR="00095F1A" w:rsidRDefault="00095F1A">
            <w:pPr>
              <w:spacing w:after="60"/>
            </w:pPr>
          </w:p>
        </w:tc>
      </w:tr>
      <w:tr w:rsidR="00095F1A" w14:paraId="58C71A74" w14:textId="77777777">
        <w:trPr>
          <w:cantSplit/>
          <w:trHeight w:val="369"/>
        </w:trPr>
        <w:tc>
          <w:tcPr>
            <w:tcW w:w="4592" w:type="dxa"/>
          </w:tcPr>
          <w:p w14:paraId="2B0B2E38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66F8D755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7369D289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3DBEB8DF" w14:textId="77777777" w:rsidR="00095F1A" w:rsidRDefault="00095F1A">
            <w:pPr>
              <w:spacing w:after="60"/>
            </w:pPr>
          </w:p>
        </w:tc>
      </w:tr>
      <w:tr w:rsidR="00095F1A" w14:paraId="304565D2" w14:textId="77777777">
        <w:trPr>
          <w:cantSplit/>
          <w:trHeight w:val="369"/>
        </w:trPr>
        <w:tc>
          <w:tcPr>
            <w:tcW w:w="4592" w:type="dxa"/>
          </w:tcPr>
          <w:p w14:paraId="694EAD01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0A4FE98A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36BF155F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5BA3A6DD" w14:textId="77777777" w:rsidR="00095F1A" w:rsidRDefault="00095F1A">
            <w:pPr>
              <w:spacing w:after="60"/>
            </w:pPr>
          </w:p>
        </w:tc>
      </w:tr>
      <w:tr w:rsidR="00095F1A" w14:paraId="57B5EE0E" w14:textId="77777777">
        <w:trPr>
          <w:cantSplit/>
          <w:trHeight w:val="369"/>
        </w:trPr>
        <w:tc>
          <w:tcPr>
            <w:tcW w:w="4592" w:type="dxa"/>
          </w:tcPr>
          <w:p w14:paraId="715FF497" w14:textId="77777777" w:rsidR="00095F1A" w:rsidRDefault="009C793C">
            <w:pPr>
              <w:spacing w:after="60"/>
            </w:pPr>
            <w:r>
              <w:t>Subtotale criterio 4 – massimo 5</w:t>
            </w:r>
          </w:p>
        </w:tc>
        <w:tc>
          <w:tcPr>
            <w:tcW w:w="1474" w:type="dxa"/>
          </w:tcPr>
          <w:p w14:paraId="093733C1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25C91FFF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2FDD4BE9" w14:textId="77777777" w:rsidR="00095F1A" w:rsidRDefault="00095F1A">
            <w:pPr>
              <w:spacing w:after="60"/>
            </w:pPr>
          </w:p>
        </w:tc>
      </w:tr>
    </w:tbl>
    <w:p w14:paraId="797A62B4" w14:textId="77777777" w:rsidR="00095F1A" w:rsidRDefault="00095F1A"/>
    <w:p w14:paraId="67298880" w14:textId="77777777" w:rsidR="00095F1A" w:rsidRDefault="009C793C">
      <w:r>
        <w:br w:type="page"/>
      </w:r>
    </w:p>
    <w:p w14:paraId="21BBE974" w14:textId="77777777" w:rsidR="00095F1A" w:rsidRDefault="009C793C">
      <w:pPr>
        <w:pStyle w:val="Titolo1"/>
      </w:pPr>
      <w:proofErr w:type="spellStart"/>
      <w:r>
        <w:lastRenderedPageBreak/>
        <w:t>Criterio</w:t>
      </w:r>
      <w:proofErr w:type="spellEnd"/>
      <w:r>
        <w:t xml:space="preserve"> 5</w:t>
      </w:r>
    </w:p>
    <w:p w14:paraId="40F7C362" w14:textId="77777777" w:rsidR="00095F1A" w:rsidRDefault="009C793C" w:rsidP="00EE380D">
      <w:pPr>
        <w:jc w:val="both"/>
      </w:pPr>
      <w:r>
        <w:t>Certificazioni informatiche attestanti competenze digitali: 1 punto per certificazione, massimo 5 punti.</w:t>
      </w:r>
    </w:p>
    <w:p w14:paraId="7C0F61F0" w14:textId="77777777" w:rsidR="00095F1A" w:rsidRDefault="009C793C" w:rsidP="00EE380D">
      <w:pPr>
        <w:jc w:val="both"/>
      </w:pPr>
      <w:r>
        <w:t xml:space="preserve">Non sono valutabili semplici attestati di </w:t>
      </w:r>
      <w:r>
        <w:t>partecipazione a corsi. Non è richiesta specifica attinenza ai contenuti tematici dei moduli; si valutano competenze digitali generali.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592"/>
        <w:gridCol w:w="1474"/>
        <w:gridCol w:w="1871"/>
        <w:gridCol w:w="1928"/>
      </w:tblGrid>
      <w:tr w:rsidR="00095F1A" w14:paraId="5D157E0B" w14:textId="77777777">
        <w:trPr>
          <w:cantSplit/>
          <w:tblHeader/>
        </w:trPr>
        <w:tc>
          <w:tcPr>
            <w:tcW w:w="4592" w:type="dxa"/>
            <w:shd w:val="clear" w:color="auto" w:fill="D9E2F3"/>
          </w:tcPr>
          <w:p w14:paraId="752D1E22" w14:textId="77777777" w:rsidR="00095F1A" w:rsidRDefault="009C793C">
            <w:pPr>
              <w:spacing w:after="60"/>
            </w:pPr>
            <w:r>
              <w:rPr>
                <w:b/>
              </w:rPr>
              <w:t>Breve descrizione del titolo o dell’esperienza</w:t>
            </w:r>
          </w:p>
        </w:tc>
        <w:tc>
          <w:tcPr>
            <w:tcW w:w="1474" w:type="dxa"/>
            <w:shd w:val="clear" w:color="auto" w:fill="D9E2F3"/>
          </w:tcPr>
          <w:p w14:paraId="5EE9F88F" w14:textId="77777777" w:rsidR="00095F1A" w:rsidRDefault="009C793C">
            <w:pPr>
              <w:spacing w:after="60"/>
            </w:pPr>
            <w:r>
              <w:rPr>
                <w:b/>
              </w:rPr>
              <w:t>N. riferimento nel curriculum</w:t>
            </w:r>
          </w:p>
        </w:tc>
        <w:tc>
          <w:tcPr>
            <w:tcW w:w="1871" w:type="dxa"/>
            <w:shd w:val="clear" w:color="auto" w:fill="D9E2F3"/>
          </w:tcPr>
          <w:p w14:paraId="50F169AE" w14:textId="77777777" w:rsidR="00095F1A" w:rsidRDefault="009C793C">
            <w:pPr>
              <w:spacing w:after="60"/>
            </w:pPr>
            <w:r>
              <w:rPr>
                <w:b/>
              </w:rPr>
              <w:t>Punti richiesti dal candidato</w:t>
            </w:r>
          </w:p>
        </w:tc>
        <w:tc>
          <w:tcPr>
            <w:tcW w:w="1928" w:type="dxa"/>
            <w:shd w:val="clear" w:color="auto" w:fill="D9E2F3"/>
          </w:tcPr>
          <w:p w14:paraId="587008FC" w14:textId="77777777" w:rsidR="00095F1A" w:rsidRDefault="009C793C">
            <w:pPr>
              <w:spacing w:after="60"/>
            </w:pPr>
            <w:r>
              <w:rPr>
                <w:b/>
              </w:rPr>
              <w:t xml:space="preserve">Punti </w:t>
            </w:r>
            <w:r>
              <w:rPr>
                <w:b/>
              </w:rPr>
              <w:t>attribuiti dalla commissione</w:t>
            </w:r>
          </w:p>
        </w:tc>
      </w:tr>
      <w:tr w:rsidR="00095F1A" w14:paraId="6D6188D3" w14:textId="77777777">
        <w:trPr>
          <w:cantSplit/>
          <w:trHeight w:val="369"/>
        </w:trPr>
        <w:tc>
          <w:tcPr>
            <w:tcW w:w="4592" w:type="dxa"/>
          </w:tcPr>
          <w:p w14:paraId="1C914550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0C1CD553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49307AAA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63DE975C" w14:textId="77777777" w:rsidR="00095F1A" w:rsidRDefault="00095F1A">
            <w:pPr>
              <w:spacing w:after="60"/>
            </w:pPr>
          </w:p>
        </w:tc>
      </w:tr>
      <w:tr w:rsidR="00095F1A" w14:paraId="7185F6C8" w14:textId="77777777">
        <w:trPr>
          <w:cantSplit/>
          <w:trHeight w:val="369"/>
        </w:trPr>
        <w:tc>
          <w:tcPr>
            <w:tcW w:w="4592" w:type="dxa"/>
          </w:tcPr>
          <w:p w14:paraId="51CAEFC7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715D7923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29FD175F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6D766177" w14:textId="77777777" w:rsidR="00095F1A" w:rsidRDefault="00095F1A">
            <w:pPr>
              <w:spacing w:after="60"/>
            </w:pPr>
          </w:p>
        </w:tc>
      </w:tr>
      <w:tr w:rsidR="00095F1A" w14:paraId="57A3D7F9" w14:textId="77777777">
        <w:trPr>
          <w:cantSplit/>
          <w:trHeight w:val="369"/>
        </w:trPr>
        <w:tc>
          <w:tcPr>
            <w:tcW w:w="4592" w:type="dxa"/>
          </w:tcPr>
          <w:p w14:paraId="3B594DDE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6C0D172F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4D3F6899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149C9F9C" w14:textId="77777777" w:rsidR="00095F1A" w:rsidRDefault="00095F1A">
            <w:pPr>
              <w:spacing w:after="60"/>
            </w:pPr>
          </w:p>
        </w:tc>
      </w:tr>
      <w:tr w:rsidR="00095F1A" w14:paraId="5042EB28" w14:textId="77777777">
        <w:trPr>
          <w:cantSplit/>
          <w:trHeight w:val="369"/>
        </w:trPr>
        <w:tc>
          <w:tcPr>
            <w:tcW w:w="4592" w:type="dxa"/>
          </w:tcPr>
          <w:p w14:paraId="43A13D0E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1BB01482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4D0F9193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69507FC7" w14:textId="77777777" w:rsidR="00095F1A" w:rsidRDefault="00095F1A">
            <w:pPr>
              <w:spacing w:after="60"/>
            </w:pPr>
          </w:p>
        </w:tc>
      </w:tr>
      <w:tr w:rsidR="00095F1A" w14:paraId="6BDA2E3B" w14:textId="77777777">
        <w:trPr>
          <w:cantSplit/>
          <w:trHeight w:val="369"/>
        </w:trPr>
        <w:tc>
          <w:tcPr>
            <w:tcW w:w="4592" w:type="dxa"/>
          </w:tcPr>
          <w:p w14:paraId="32442CA8" w14:textId="77777777" w:rsidR="00095F1A" w:rsidRDefault="00095F1A">
            <w:pPr>
              <w:spacing w:after="60"/>
            </w:pPr>
          </w:p>
        </w:tc>
        <w:tc>
          <w:tcPr>
            <w:tcW w:w="1474" w:type="dxa"/>
          </w:tcPr>
          <w:p w14:paraId="7C71FBAC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3BD10319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5C70BB9C" w14:textId="77777777" w:rsidR="00095F1A" w:rsidRDefault="00095F1A">
            <w:pPr>
              <w:spacing w:after="60"/>
            </w:pPr>
          </w:p>
        </w:tc>
      </w:tr>
      <w:tr w:rsidR="00095F1A" w14:paraId="3B515E97" w14:textId="77777777">
        <w:trPr>
          <w:cantSplit/>
          <w:trHeight w:val="369"/>
        </w:trPr>
        <w:tc>
          <w:tcPr>
            <w:tcW w:w="4592" w:type="dxa"/>
          </w:tcPr>
          <w:p w14:paraId="2C2C701E" w14:textId="77777777" w:rsidR="00095F1A" w:rsidRDefault="009C793C">
            <w:pPr>
              <w:spacing w:after="60"/>
            </w:pPr>
            <w:r>
              <w:t>Subtotale criterio 5 – massimo 5</w:t>
            </w:r>
          </w:p>
        </w:tc>
        <w:tc>
          <w:tcPr>
            <w:tcW w:w="1474" w:type="dxa"/>
          </w:tcPr>
          <w:p w14:paraId="3FD5EAEB" w14:textId="77777777" w:rsidR="00095F1A" w:rsidRDefault="00095F1A">
            <w:pPr>
              <w:spacing w:after="60"/>
            </w:pPr>
          </w:p>
        </w:tc>
        <w:tc>
          <w:tcPr>
            <w:tcW w:w="1871" w:type="dxa"/>
          </w:tcPr>
          <w:p w14:paraId="0CA1FFCF" w14:textId="77777777" w:rsidR="00095F1A" w:rsidRDefault="00095F1A">
            <w:pPr>
              <w:spacing w:after="60"/>
            </w:pPr>
          </w:p>
        </w:tc>
        <w:tc>
          <w:tcPr>
            <w:tcW w:w="1928" w:type="dxa"/>
          </w:tcPr>
          <w:p w14:paraId="3DDF51C9" w14:textId="77777777" w:rsidR="00095F1A" w:rsidRDefault="00095F1A">
            <w:pPr>
              <w:spacing w:after="60"/>
            </w:pPr>
          </w:p>
        </w:tc>
      </w:tr>
    </w:tbl>
    <w:p w14:paraId="3BA6A724" w14:textId="77777777" w:rsidR="00095F1A" w:rsidRDefault="00095F1A"/>
    <w:p w14:paraId="0366D338" w14:textId="77777777" w:rsidR="00095F1A" w:rsidRDefault="009C793C">
      <w:pPr>
        <w:pStyle w:val="Titolo1"/>
      </w:pPr>
      <w:r>
        <w:t>Riepilogo dei punteggi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361"/>
        <w:gridCol w:w="1361"/>
        <w:gridCol w:w="3572"/>
        <w:gridCol w:w="3572"/>
      </w:tblGrid>
      <w:tr w:rsidR="00095F1A" w14:paraId="0F1BE6EA" w14:textId="77777777">
        <w:trPr>
          <w:cantSplit/>
          <w:tblHeader/>
        </w:trPr>
        <w:tc>
          <w:tcPr>
            <w:tcW w:w="1361" w:type="dxa"/>
            <w:shd w:val="clear" w:color="auto" w:fill="D9E2F3"/>
          </w:tcPr>
          <w:p w14:paraId="1AC1B53B" w14:textId="77777777" w:rsidR="00095F1A" w:rsidRDefault="009C793C">
            <w:pPr>
              <w:spacing w:after="60"/>
            </w:pPr>
            <w:r>
              <w:rPr>
                <w:b/>
              </w:rPr>
              <w:t>Criterio</w:t>
            </w:r>
          </w:p>
        </w:tc>
        <w:tc>
          <w:tcPr>
            <w:tcW w:w="1361" w:type="dxa"/>
            <w:shd w:val="clear" w:color="auto" w:fill="D9E2F3"/>
          </w:tcPr>
          <w:p w14:paraId="14526085" w14:textId="77777777" w:rsidR="00095F1A" w:rsidRDefault="009C793C">
            <w:pPr>
              <w:spacing w:after="60"/>
            </w:pPr>
            <w:r>
              <w:rPr>
                <w:b/>
              </w:rPr>
              <w:t>Massimo</w:t>
            </w:r>
          </w:p>
        </w:tc>
        <w:tc>
          <w:tcPr>
            <w:tcW w:w="3572" w:type="dxa"/>
            <w:shd w:val="clear" w:color="auto" w:fill="D9E2F3"/>
          </w:tcPr>
          <w:p w14:paraId="374D77C1" w14:textId="77777777" w:rsidR="00095F1A" w:rsidRDefault="009C793C">
            <w:pPr>
              <w:spacing w:after="60"/>
            </w:pPr>
            <w:r>
              <w:rPr>
                <w:b/>
              </w:rPr>
              <w:t>Punti richiesti</w:t>
            </w:r>
          </w:p>
        </w:tc>
        <w:tc>
          <w:tcPr>
            <w:tcW w:w="3572" w:type="dxa"/>
            <w:shd w:val="clear" w:color="auto" w:fill="D9E2F3"/>
          </w:tcPr>
          <w:p w14:paraId="31F7EBC0" w14:textId="77777777" w:rsidR="00095F1A" w:rsidRDefault="009C793C">
            <w:pPr>
              <w:spacing w:after="60"/>
            </w:pPr>
            <w:r>
              <w:rPr>
                <w:b/>
              </w:rPr>
              <w:t>Punti commissione</w:t>
            </w:r>
          </w:p>
        </w:tc>
      </w:tr>
      <w:tr w:rsidR="00095F1A" w14:paraId="6CA4F45C" w14:textId="77777777">
        <w:trPr>
          <w:cantSplit/>
          <w:trHeight w:val="369"/>
        </w:trPr>
        <w:tc>
          <w:tcPr>
            <w:tcW w:w="1361" w:type="dxa"/>
          </w:tcPr>
          <w:p w14:paraId="3C766165" w14:textId="77777777" w:rsidR="00095F1A" w:rsidRDefault="009C793C">
            <w:pPr>
              <w:spacing w:after="60"/>
            </w:pPr>
            <w:r>
              <w:t>1</w:t>
            </w:r>
          </w:p>
        </w:tc>
        <w:tc>
          <w:tcPr>
            <w:tcW w:w="1361" w:type="dxa"/>
          </w:tcPr>
          <w:p w14:paraId="248336FC" w14:textId="77777777" w:rsidR="00095F1A" w:rsidRDefault="009C793C">
            <w:pPr>
              <w:spacing w:after="60"/>
            </w:pPr>
            <w:r>
              <w:t>4</w:t>
            </w:r>
          </w:p>
        </w:tc>
        <w:tc>
          <w:tcPr>
            <w:tcW w:w="3572" w:type="dxa"/>
          </w:tcPr>
          <w:p w14:paraId="58E12C79" w14:textId="77777777" w:rsidR="00095F1A" w:rsidRDefault="00095F1A">
            <w:pPr>
              <w:spacing w:after="60"/>
            </w:pPr>
          </w:p>
        </w:tc>
        <w:tc>
          <w:tcPr>
            <w:tcW w:w="3572" w:type="dxa"/>
          </w:tcPr>
          <w:p w14:paraId="5174105F" w14:textId="77777777" w:rsidR="00095F1A" w:rsidRDefault="00095F1A">
            <w:pPr>
              <w:spacing w:after="60"/>
            </w:pPr>
          </w:p>
        </w:tc>
      </w:tr>
      <w:tr w:rsidR="00095F1A" w14:paraId="5C5A7E08" w14:textId="77777777">
        <w:trPr>
          <w:cantSplit/>
          <w:trHeight w:val="369"/>
        </w:trPr>
        <w:tc>
          <w:tcPr>
            <w:tcW w:w="1361" w:type="dxa"/>
          </w:tcPr>
          <w:p w14:paraId="0F3F6430" w14:textId="77777777" w:rsidR="00095F1A" w:rsidRDefault="009C793C">
            <w:pPr>
              <w:spacing w:after="60"/>
            </w:pPr>
            <w:r>
              <w:t>2</w:t>
            </w:r>
          </w:p>
        </w:tc>
        <w:tc>
          <w:tcPr>
            <w:tcW w:w="1361" w:type="dxa"/>
          </w:tcPr>
          <w:p w14:paraId="0DF3352C" w14:textId="77777777" w:rsidR="00095F1A" w:rsidRDefault="009C793C">
            <w:pPr>
              <w:spacing w:after="60"/>
            </w:pPr>
            <w:r>
              <w:t>10</w:t>
            </w:r>
          </w:p>
        </w:tc>
        <w:tc>
          <w:tcPr>
            <w:tcW w:w="3572" w:type="dxa"/>
          </w:tcPr>
          <w:p w14:paraId="464B8125" w14:textId="77777777" w:rsidR="00095F1A" w:rsidRDefault="00095F1A">
            <w:pPr>
              <w:spacing w:after="60"/>
            </w:pPr>
          </w:p>
        </w:tc>
        <w:tc>
          <w:tcPr>
            <w:tcW w:w="3572" w:type="dxa"/>
          </w:tcPr>
          <w:p w14:paraId="59A65011" w14:textId="77777777" w:rsidR="00095F1A" w:rsidRDefault="00095F1A">
            <w:pPr>
              <w:spacing w:after="60"/>
            </w:pPr>
          </w:p>
        </w:tc>
      </w:tr>
      <w:tr w:rsidR="00095F1A" w14:paraId="493C1DB2" w14:textId="77777777">
        <w:trPr>
          <w:cantSplit/>
          <w:trHeight w:val="369"/>
        </w:trPr>
        <w:tc>
          <w:tcPr>
            <w:tcW w:w="1361" w:type="dxa"/>
          </w:tcPr>
          <w:p w14:paraId="16A1DB4A" w14:textId="77777777" w:rsidR="00095F1A" w:rsidRDefault="009C793C">
            <w:pPr>
              <w:spacing w:after="60"/>
            </w:pPr>
            <w:r>
              <w:t>3</w:t>
            </w:r>
          </w:p>
        </w:tc>
        <w:tc>
          <w:tcPr>
            <w:tcW w:w="1361" w:type="dxa"/>
          </w:tcPr>
          <w:p w14:paraId="5A666C50" w14:textId="77777777" w:rsidR="00095F1A" w:rsidRDefault="009C793C">
            <w:pPr>
              <w:spacing w:after="60"/>
            </w:pPr>
            <w:r>
              <w:t>20</w:t>
            </w:r>
          </w:p>
        </w:tc>
        <w:tc>
          <w:tcPr>
            <w:tcW w:w="3572" w:type="dxa"/>
          </w:tcPr>
          <w:p w14:paraId="26562F60" w14:textId="77777777" w:rsidR="00095F1A" w:rsidRDefault="00095F1A">
            <w:pPr>
              <w:spacing w:after="60"/>
            </w:pPr>
          </w:p>
        </w:tc>
        <w:tc>
          <w:tcPr>
            <w:tcW w:w="3572" w:type="dxa"/>
          </w:tcPr>
          <w:p w14:paraId="53644872" w14:textId="77777777" w:rsidR="00095F1A" w:rsidRDefault="00095F1A">
            <w:pPr>
              <w:spacing w:after="60"/>
            </w:pPr>
          </w:p>
        </w:tc>
      </w:tr>
      <w:tr w:rsidR="00095F1A" w14:paraId="6C99B222" w14:textId="77777777">
        <w:trPr>
          <w:cantSplit/>
          <w:trHeight w:val="369"/>
        </w:trPr>
        <w:tc>
          <w:tcPr>
            <w:tcW w:w="1361" w:type="dxa"/>
          </w:tcPr>
          <w:p w14:paraId="224C1F2A" w14:textId="77777777" w:rsidR="00095F1A" w:rsidRDefault="009C793C">
            <w:pPr>
              <w:spacing w:after="60"/>
            </w:pPr>
            <w:r>
              <w:t>4</w:t>
            </w:r>
          </w:p>
        </w:tc>
        <w:tc>
          <w:tcPr>
            <w:tcW w:w="1361" w:type="dxa"/>
          </w:tcPr>
          <w:p w14:paraId="5D545E81" w14:textId="77777777" w:rsidR="00095F1A" w:rsidRDefault="009C793C">
            <w:pPr>
              <w:spacing w:after="60"/>
            </w:pPr>
            <w:r>
              <w:t>5</w:t>
            </w:r>
          </w:p>
        </w:tc>
        <w:tc>
          <w:tcPr>
            <w:tcW w:w="3572" w:type="dxa"/>
          </w:tcPr>
          <w:p w14:paraId="08BA6950" w14:textId="77777777" w:rsidR="00095F1A" w:rsidRDefault="00095F1A">
            <w:pPr>
              <w:spacing w:after="60"/>
            </w:pPr>
          </w:p>
        </w:tc>
        <w:tc>
          <w:tcPr>
            <w:tcW w:w="3572" w:type="dxa"/>
          </w:tcPr>
          <w:p w14:paraId="7266CB7F" w14:textId="77777777" w:rsidR="00095F1A" w:rsidRDefault="00095F1A">
            <w:pPr>
              <w:spacing w:after="60"/>
            </w:pPr>
          </w:p>
        </w:tc>
      </w:tr>
      <w:tr w:rsidR="00095F1A" w14:paraId="647FBE3A" w14:textId="77777777">
        <w:trPr>
          <w:cantSplit/>
          <w:trHeight w:val="369"/>
        </w:trPr>
        <w:tc>
          <w:tcPr>
            <w:tcW w:w="1361" w:type="dxa"/>
          </w:tcPr>
          <w:p w14:paraId="5F53AAE0" w14:textId="77777777" w:rsidR="00095F1A" w:rsidRDefault="009C793C">
            <w:pPr>
              <w:spacing w:after="60"/>
            </w:pPr>
            <w:r>
              <w:t>5</w:t>
            </w:r>
          </w:p>
        </w:tc>
        <w:tc>
          <w:tcPr>
            <w:tcW w:w="1361" w:type="dxa"/>
          </w:tcPr>
          <w:p w14:paraId="27CF3C34" w14:textId="77777777" w:rsidR="00095F1A" w:rsidRDefault="009C793C">
            <w:pPr>
              <w:spacing w:after="60"/>
            </w:pPr>
            <w:r>
              <w:t>5</w:t>
            </w:r>
          </w:p>
        </w:tc>
        <w:tc>
          <w:tcPr>
            <w:tcW w:w="3572" w:type="dxa"/>
          </w:tcPr>
          <w:p w14:paraId="54454EC9" w14:textId="77777777" w:rsidR="00095F1A" w:rsidRDefault="00095F1A">
            <w:pPr>
              <w:spacing w:after="60"/>
            </w:pPr>
          </w:p>
        </w:tc>
        <w:tc>
          <w:tcPr>
            <w:tcW w:w="3572" w:type="dxa"/>
          </w:tcPr>
          <w:p w14:paraId="01EC6232" w14:textId="77777777" w:rsidR="00095F1A" w:rsidRDefault="00095F1A">
            <w:pPr>
              <w:spacing w:after="60"/>
            </w:pPr>
          </w:p>
        </w:tc>
      </w:tr>
      <w:tr w:rsidR="00095F1A" w14:paraId="23B351D5" w14:textId="77777777">
        <w:trPr>
          <w:cantSplit/>
          <w:trHeight w:val="369"/>
        </w:trPr>
        <w:tc>
          <w:tcPr>
            <w:tcW w:w="1361" w:type="dxa"/>
          </w:tcPr>
          <w:p w14:paraId="13B19B68" w14:textId="77777777" w:rsidR="00095F1A" w:rsidRDefault="009C793C">
            <w:pPr>
              <w:spacing w:after="60"/>
            </w:pPr>
            <w:r>
              <w:t>TOTALE</w:t>
            </w:r>
          </w:p>
        </w:tc>
        <w:tc>
          <w:tcPr>
            <w:tcW w:w="1361" w:type="dxa"/>
          </w:tcPr>
          <w:p w14:paraId="1FA39137" w14:textId="77777777" w:rsidR="00095F1A" w:rsidRDefault="009C793C">
            <w:pPr>
              <w:spacing w:after="60"/>
            </w:pPr>
            <w:r>
              <w:t>44</w:t>
            </w:r>
          </w:p>
        </w:tc>
        <w:tc>
          <w:tcPr>
            <w:tcW w:w="3572" w:type="dxa"/>
          </w:tcPr>
          <w:p w14:paraId="6106B9CE" w14:textId="77777777" w:rsidR="00095F1A" w:rsidRDefault="00095F1A">
            <w:pPr>
              <w:spacing w:after="60"/>
            </w:pPr>
          </w:p>
        </w:tc>
        <w:tc>
          <w:tcPr>
            <w:tcW w:w="3572" w:type="dxa"/>
          </w:tcPr>
          <w:p w14:paraId="5A12F0F8" w14:textId="77777777" w:rsidR="00095F1A" w:rsidRDefault="00095F1A">
            <w:pPr>
              <w:spacing w:after="60"/>
            </w:pPr>
          </w:p>
        </w:tc>
      </w:tr>
    </w:tbl>
    <w:p w14:paraId="315715E5" w14:textId="77777777" w:rsidR="00095F1A" w:rsidRDefault="009C793C" w:rsidP="00EE380D">
      <w:pPr>
        <w:jc w:val="both"/>
      </w:pPr>
      <w:r>
        <w:t xml:space="preserve">Il medesimo titolo non può essere </w:t>
      </w:r>
      <w:r>
        <w:t>conteggiato in più voci. Titoli ed esperienze devono essere posseduti alla scadenza, dichiarati nel CV e verificabili. Non è necessario allegare tutti gli attestati: la scuola può richiederli o verificarli d’ufficio. Non sono previsti colloqui, soglie mini</w:t>
      </w:r>
      <w:r>
        <w:t>me o bonus; la disponibilità è un requisito.</w:t>
      </w:r>
    </w:p>
    <w:p w14:paraId="74EFD0E6" w14:textId="77777777" w:rsidR="00095F1A" w:rsidRDefault="009C793C" w:rsidP="00EE380D">
      <w:pPr>
        <w:jc w:val="both"/>
      </w:pPr>
      <w:r>
        <w:t>Il/La sottoscritto/a, consapevole delle responsabilità dell’art. 76 e delle conseguenze dell’art. 75 del D.P.R. 445/2000, ove applicabili, dichiara ai sensi degli artt. 46 e 47 la veridicità delle informazioni r</w:t>
      </w:r>
      <w:r>
        <w:t>iportate e la corrispondenza al curriculum. I punteggi richiesti sono soggetti alla verifica della commissione.</w:t>
      </w:r>
    </w:p>
    <w:p w14:paraId="01EB65BE" w14:textId="77777777" w:rsidR="00EE380D" w:rsidRDefault="00EE380D"/>
    <w:p w14:paraId="2F2DF82C" w14:textId="6208AD40" w:rsidR="00095F1A" w:rsidRDefault="009C793C">
      <w:proofErr w:type="spellStart"/>
      <w:r>
        <w:t>Luogo</w:t>
      </w:r>
      <w:proofErr w:type="spellEnd"/>
      <w:r>
        <w:t xml:space="preserve"> e data _____________________    </w:t>
      </w:r>
      <w:proofErr w:type="spellStart"/>
      <w:r>
        <w:t>Firma</w:t>
      </w:r>
      <w:proofErr w:type="spellEnd"/>
      <w:r>
        <w:t xml:space="preserve"> __________________________</w:t>
      </w:r>
    </w:p>
    <w:p w14:paraId="11968A20" w14:textId="77777777" w:rsidR="00095F1A" w:rsidRDefault="009C793C">
      <w:r>
        <w:t>Riservato alla commissione – eventuali rettifiche/motivazioni:</w:t>
      </w:r>
      <w:r>
        <w:br/>
        <w:t>_________</w:t>
      </w:r>
      <w:r>
        <w:t>_________________________________________________________</w:t>
      </w:r>
      <w:r>
        <w:br/>
        <w:t>__________________________________________________________________</w:t>
      </w:r>
    </w:p>
    <w:sectPr w:rsidR="00095F1A" w:rsidSect="00034616">
      <w:headerReference w:type="default" r:id="rId8"/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A4D33" w14:textId="77777777" w:rsidR="00A42D72" w:rsidRDefault="00A42D72">
      <w:pPr>
        <w:spacing w:after="0"/>
      </w:pPr>
      <w:r>
        <w:separator/>
      </w:r>
    </w:p>
  </w:endnote>
  <w:endnote w:type="continuationSeparator" w:id="0">
    <w:p w14:paraId="6947158E" w14:textId="77777777" w:rsidR="00A42D72" w:rsidRDefault="00A42D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A7F68" w14:textId="77777777" w:rsidR="00095F1A" w:rsidRDefault="009C793C">
    <w:pPr>
      <w:pStyle w:val="Pidipagina"/>
      <w:jc w:val="right"/>
    </w:pPr>
    <w:proofErr w:type="spellStart"/>
    <w:r>
      <w:t>Allegato</w:t>
    </w:r>
    <w:proofErr w:type="spellEnd"/>
    <w:r>
      <w:t xml:space="preserve"> B-ATA – </w:t>
    </w:r>
    <w:proofErr w:type="spellStart"/>
    <w:r>
      <w:t>Pagina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EE380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8C92B" w14:textId="77777777" w:rsidR="00A42D72" w:rsidRDefault="00A42D72">
      <w:pPr>
        <w:spacing w:after="0"/>
      </w:pPr>
      <w:r>
        <w:separator/>
      </w:r>
    </w:p>
  </w:footnote>
  <w:footnote w:type="continuationSeparator" w:id="0">
    <w:p w14:paraId="0D558404" w14:textId="77777777" w:rsidR="00A42D72" w:rsidRDefault="00A42D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63EF4" w14:textId="3F367361" w:rsidR="00EE380D" w:rsidRDefault="00EE380D">
    <w:pPr>
      <w:pStyle w:val="Intestazione"/>
    </w:pPr>
    <w:r w:rsidRPr="009821BF">
      <w:rPr>
        <w:rFonts w:eastAsia="Calibri" w:cs="Times New Roman"/>
        <w:noProof/>
        <w:color w:val="auto"/>
        <w:lang w:val="it-IT"/>
      </w:rPr>
      <w:drawing>
        <wp:inline distT="0" distB="0" distL="0" distR="0" wp14:anchorId="26F519D2" wp14:editId="23EC4F01">
          <wp:extent cx="6120130" cy="647230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4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F1A"/>
    <w:rsid w:val="0015074B"/>
    <w:rsid w:val="0029639D"/>
    <w:rsid w:val="00326F90"/>
    <w:rsid w:val="009C793C"/>
    <w:rsid w:val="00A42D72"/>
    <w:rsid w:val="00AA1D8D"/>
    <w:rsid w:val="00B47730"/>
    <w:rsid w:val="00CB0664"/>
    <w:rsid w:val="00CD7470"/>
    <w:rsid w:val="00EE38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F1B6F6"/>
  <w14:defaultImageDpi w14:val="300"/>
  <w15:docId w15:val="{9460FB3E-F6BD-49EF-94A0-4997A087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 w:line="240" w:lineRule="auto"/>
    </w:pPr>
    <w:rPr>
      <w:rFonts w:ascii="Calibri" w:hAnsi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9C79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14B3F1-7CE4-42CF-B232-890997F3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738</Words>
  <Characters>4210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UTENTE</cp:lastModifiedBy>
  <cp:revision>3</cp:revision>
  <dcterms:created xsi:type="dcterms:W3CDTF">2013-12-23T23:15:00Z</dcterms:created>
  <dcterms:modified xsi:type="dcterms:W3CDTF">2026-11-03T12:33:00Z</dcterms:modified>
  <cp:category/>
</cp:coreProperties>
</file>