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6F865" w14:textId="77777777" w:rsidR="00F7425E" w:rsidRDefault="00C43A8D">
      <w:r>
        <w:rPr>
          <w:b/>
        </w:rPr>
        <w:t>ALLEGATO C-ATA – DICHIARAZIONE DI ASSENZA DI INCOMPATIBILITÀ E CONFLITTO DI INTERESSI</w:t>
      </w:r>
    </w:p>
    <w:p w14:paraId="74F3F4AF" w14:textId="77777777" w:rsidR="00F7425E" w:rsidRDefault="00C43A8D">
      <w:r>
        <w:t>Al Dirigente scolastico</w:t>
      </w:r>
      <w:r>
        <w:br/>
        <w:t>Istituto Comprensivo Statale “Scopelliti-Green” – Rosarno</w:t>
      </w:r>
    </w:p>
    <w:p w14:paraId="4DFECE0B" w14:textId="77777777" w:rsidR="00F7425E" w:rsidRDefault="00C43A8D">
      <w:r>
        <w:rPr>
          <w:b/>
        </w:rPr>
        <w:t>PR CALABRIA FESR FSE+ 2021–2027</w:t>
      </w:r>
      <w:r>
        <w:rPr>
          <w:b/>
        </w:rPr>
        <w:br/>
        <w:t>Obiettivo specifico ESO4.5 – Azione 4.e.1</w:t>
      </w:r>
      <w:r>
        <w:rPr>
          <w:b/>
        </w:rPr>
        <w:br/>
        <w:t xml:space="preserve">“Vivi e </w:t>
      </w:r>
      <w:r>
        <w:rPr>
          <w:b/>
        </w:rPr>
        <w:t>Scopri la Calabria” – II finestra</w:t>
      </w:r>
    </w:p>
    <w:p w14:paraId="43334833" w14:textId="77777777" w:rsidR="00F7425E" w:rsidRDefault="00C43A8D">
      <w:r>
        <w:t>Progetto: “Esplorare, narrare e gustare la ‘Calabresità’ – 2ª annualità”</w:t>
      </w:r>
      <w:r>
        <w:br/>
        <w:t>CUP B94D26003060006 – Finanziamento complessivo € 73.500,00</w:t>
      </w:r>
      <w:r>
        <w:br/>
        <w:t>Convenzione: repertorio Regione Calabria n. 4007 del 03/08/2026</w:t>
      </w:r>
    </w:p>
    <w:p w14:paraId="21659BF4" w14:textId="256DC081" w:rsidR="00F7425E" w:rsidRDefault="00C43A8D" w:rsidP="00C43A8D">
      <w:pPr>
        <w:pStyle w:val="Default"/>
      </w:pPr>
      <w:r>
        <w:t>Selezione interna di n. 2</w:t>
      </w:r>
      <w:r>
        <w:t xml:space="preserve"> assistenti amministrativi, massimo 60 ore ciascuno.</w:t>
      </w:r>
      <w:r>
        <w:br/>
      </w:r>
      <w:r w:rsidRPr="00C43A8D">
        <w:t>Avviso prot. n</w:t>
      </w:r>
      <w:bookmarkStart w:id="0" w:name="_GoBack"/>
      <w:r w:rsidRPr="00C43A8D">
        <w:t>.</w:t>
      </w:r>
      <w:r w:rsidRPr="00C43A8D">
        <w:t xml:space="preserve"> </w:t>
      </w:r>
      <w:r w:rsidRPr="00C43A8D">
        <w:rPr>
          <w:b/>
          <w:bCs/>
        </w:rPr>
        <w:t>0007500/U del 03/11/</w:t>
      </w:r>
      <w:proofErr w:type="gramStart"/>
      <w:r w:rsidRPr="00C43A8D">
        <w:rPr>
          <w:b/>
          <w:bCs/>
        </w:rPr>
        <w:t>2026</w:t>
      </w:r>
      <w:r>
        <w:rPr>
          <w:b/>
          <w:bCs/>
          <w:sz w:val="16"/>
          <w:szCs w:val="16"/>
        </w:rPr>
        <w:t xml:space="preserve"> </w:t>
      </w:r>
      <w:bookmarkEnd w:id="0"/>
      <w:r w:rsidRPr="00C43A8D">
        <w:t>.</w:t>
      </w:r>
      <w:proofErr w:type="gramEnd"/>
    </w:p>
    <w:p w14:paraId="521CA7CC" w14:textId="77777777" w:rsidR="00F7425E" w:rsidRDefault="00C43A8D">
      <w:pPr>
        <w:pStyle w:val="Titolo1"/>
      </w:pPr>
      <w:r>
        <w:t>1</w:t>
      </w:r>
      <w:r>
        <w:t>. Dati del dichiarante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6463"/>
      </w:tblGrid>
      <w:tr w:rsidR="00F7425E" w14:paraId="7BAC0325" w14:textId="77777777">
        <w:trPr>
          <w:cantSplit/>
          <w:tblHeader/>
        </w:trPr>
        <w:tc>
          <w:tcPr>
            <w:tcW w:w="3402" w:type="dxa"/>
            <w:shd w:val="clear" w:color="auto" w:fill="D9E2F3"/>
          </w:tcPr>
          <w:p w14:paraId="305E13E1" w14:textId="77777777" w:rsidR="00F7425E" w:rsidRDefault="00C43A8D">
            <w:pPr>
              <w:spacing w:after="60"/>
            </w:pPr>
            <w:r>
              <w:rPr>
                <w:b/>
              </w:rPr>
              <w:t>Dato</w:t>
            </w:r>
          </w:p>
        </w:tc>
        <w:tc>
          <w:tcPr>
            <w:tcW w:w="6463" w:type="dxa"/>
            <w:shd w:val="clear" w:color="auto" w:fill="D9E2F3"/>
          </w:tcPr>
          <w:p w14:paraId="242D5F41" w14:textId="77777777" w:rsidR="00F7425E" w:rsidRDefault="00C43A8D">
            <w:pPr>
              <w:spacing w:after="60"/>
            </w:pPr>
            <w:r>
              <w:rPr>
                <w:b/>
              </w:rPr>
              <w:t>Informazioni da compilare</w:t>
            </w:r>
          </w:p>
        </w:tc>
      </w:tr>
      <w:tr w:rsidR="00F7425E" w14:paraId="711DD0AC" w14:textId="77777777">
        <w:trPr>
          <w:cantSplit/>
          <w:trHeight w:val="369"/>
        </w:trPr>
        <w:tc>
          <w:tcPr>
            <w:tcW w:w="3402" w:type="dxa"/>
          </w:tcPr>
          <w:p w14:paraId="1101AE09" w14:textId="77777777" w:rsidR="00F7425E" w:rsidRDefault="00C43A8D">
            <w:pPr>
              <w:spacing w:after="60"/>
            </w:pPr>
            <w:r>
              <w:t>Nome e cognome</w:t>
            </w:r>
          </w:p>
        </w:tc>
        <w:tc>
          <w:tcPr>
            <w:tcW w:w="6463" w:type="dxa"/>
          </w:tcPr>
          <w:p w14:paraId="087E5209" w14:textId="77777777" w:rsidR="00F7425E" w:rsidRDefault="00C43A8D">
            <w:pPr>
              <w:spacing w:after="60"/>
            </w:pPr>
            <w:r>
              <w:t>________________________________________________</w:t>
            </w:r>
          </w:p>
        </w:tc>
      </w:tr>
      <w:tr w:rsidR="00F7425E" w14:paraId="43D224C7" w14:textId="77777777">
        <w:trPr>
          <w:cantSplit/>
          <w:trHeight w:val="369"/>
        </w:trPr>
        <w:tc>
          <w:tcPr>
            <w:tcW w:w="3402" w:type="dxa"/>
          </w:tcPr>
          <w:p w14:paraId="1FDB5989" w14:textId="77777777" w:rsidR="00F7425E" w:rsidRDefault="00C43A8D">
            <w:pPr>
              <w:spacing w:after="60"/>
            </w:pPr>
            <w:r>
              <w:t>Luogo e data di nascita</w:t>
            </w:r>
          </w:p>
        </w:tc>
        <w:tc>
          <w:tcPr>
            <w:tcW w:w="6463" w:type="dxa"/>
          </w:tcPr>
          <w:p w14:paraId="3D06AAC5" w14:textId="77777777" w:rsidR="00F7425E" w:rsidRDefault="00C43A8D">
            <w:pPr>
              <w:spacing w:after="60"/>
            </w:pPr>
            <w:r>
              <w:t>________________________________________________</w:t>
            </w:r>
          </w:p>
        </w:tc>
      </w:tr>
      <w:tr w:rsidR="00F7425E" w14:paraId="50833BE8" w14:textId="77777777">
        <w:trPr>
          <w:cantSplit/>
          <w:trHeight w:val="369"/>
        </w:trPr>
        <w:tc>
          <w:tcPr>
            <w:tcW w:w="3402" w:type="dxa"/>
          </w:tcPr>
          <w:p w14:paraId="6FD9BEA1" w14:textId="77777777" w:rsidR="00F7425E" w:rsidRDefault="00C43A8D">
            <w:pPr>
              <w:spacing w:after="60"/>
            </w:pPr>
            <w:r>
              <w:t>Codice fiscale</w:t>
            </w:r>
          </w:p>
        </w:tc>
        <w:tc>
          <w:tcPr>
            <w:tcW w:w="6463" w:type="dxa"/>
          </w:tcPr>
          <w:p w14:paraId="0F732C9D" w14:textId="77777777" w:rsidR="00F7425E" w:rsidRDefault="00C43A8D">
            <w:pPr>
              <w:spacing w:after="60"/>
            </w:pPr>
            <w:r>
              <w:t>________________________________________________</w:t>
            </w:r>
          </w:p>
        </w:tc>
      </w:tr>
      <w:tr w:rsidR="00F7425E" w14:paraId="6AC332C1" w14:textId="77777777">
        <w:trPr>
          <w:cantSplit/>
          <w:trHeight w:val="369"/>
        </w:trPr>
        <w:tc>
          <w:tcPr>
            <w:tcW w:w="3402" w:type="dxa"/>
          </w:tcPr>
          <w:p w14:paraId="559E07F3" w14:textId="77777777" w:rsidR="00F7425E" w:rsidRDefault="00C43A8D">
            <w:pPr>
              <w:spacing w:after="60"/>
            </w:pPr>
            <w:r>
              <w:t>Telefono / email</w:t>
            </w:r>
          </w:p>
        </w:tc>
        <w:tc>
          <w:tcPr>
            <w:tcW w:w="6463" w:type="dxa"/>
          </w:tcPr>
          <w:p w14:paraId="2AA3D8DC" w14:textId="77777777" w:rsidR="00F7425E" w:rsidRDefault="00C43A8D">
            <w:pPr>
              <w:spacing w:after="60"/>
            </w:pPr>
            <w:r>
              <w:t>________________________________________________</w:t>
            </w:r>
            <w:r>
              <w:br/>
              <w:t>________________________________________________</w:t>
            </w:r>
          </w:p>
        </w:tc>
      </w:tr>
      <w:tr w:rsidR="00F7425E" w14:paraId="78D2D628" w14:textId="77777777">
        <w:trPr>
          <w:cantSplit/>
          <w:trHeight w:val="369"/>
        </w:trPr>
        <w:tc>
          <w:tcPr>
            <w:tcW w:w="3402" w:type="dxa"/>
          </w:tcPr>
          <w:p w14:paraId="5D7F1737" w14:textId="77777777" w:rsidR="00F7425E" w:rsidRDefault="00C43A8D">
            <w:pPr>
              <w:spacing w:after="60"/>
            </w:pPr>
            <w:r>
              <w:t xml:space="preserve">Qualifica e sede di </w:t>
            </w:r>
            <w:r>
              <w:t>servizio</w:t>
            </w:r>
          </w:p>
        </w:tc>
        <w:tc>
          <w:tcPr>
            <w:tcW w:w="6463" w:type="dxa"/>
          </w:tcPr>
          <w:p w14:paraId="6FAA718B" w14:textId="40CCAB38" w:rsidR="00F7425E" w:rsidRDefault="00C43A8D">
            <w:pPr>
              <w:spacing w:after="60"/>
            </w:pPr>
            <w:proofErr w:type="spellStart"/>
            <w:r>
              <w:t>Assistente</w:t>
            </w:r>
            <w:proofErr w:type="spellEnd"/>
            <w:r>
              <w:t xml:space="preserve"> </w:t>
            </w:r>
            <w:proofErr w:type="spellStart"/>
            <w:r>
              <w:t>amministrativo</w:t>
            </w:r>
            <w:proofErr w:type="spellEnd"/>
            <w:r>
              <w:t xml:space="preserve"> – I.C. “Scopelliti-Green”</w:t>
            </w:r>
          </w:p>
        </w:tc>
      </w:tr>
    </w:tbl>
    <w:p w14:paraId="4B6EB5B1" w14:textId="77777777" w:rsidR="00F7425E" w:rsidRDefault="00C43A8D" w:rsidP="00835628">
      <w:pPr>
        <w:jc w:val="both"/>
      </w:pPr>
      <w:r>
        <w:t>In relazione alla candidatura per l’incarico di assistente amministrativo per attività aggiuntive di supporto al progetto, il/la sottoscritto/a, richiamati l’art. 6-bis della legge 241/1990, gli</w:t>
      </w:r>
      <w:r>
        <w:t xml:space="preserve"> artt. 6 e 7 del D.P.R. 62/2013, l’art. 53 del D.Lgs. 165/2001 per quanto applicabile e l’art. 61 del Regolamento (UE, Euratom) 2024/2509,</w:t>
      </w:r>
    </w:p>
    <w:p w14:paraId="713D1633" w14:textId="77777777" w:rsidR="00F7425E" w:rsidRDefault="00C43A8D" w:rsidP="00835628">
      <w:pPr>
        <w:jc w:val="both"/>
      </w:pPr>
      <w:r>
        <w:t xml:space="preserve">consapevole delle responsabilità penali previste dall’art. 76 del D.P.R. 445/2000 in caso di dichiarazioni mendaci e </w:t>
      </w:r>
      <w:r>
        <w:t>delle conseguenze dell’art. 75, ove applicabili,</w:t>
      </w:r>
    </w:p>
    <w:p w14:paraId="4F8986A2" w14:textId="77777777" w:rsidR="00F7425E" w:rsidRDefault="00C43A8D" w:rsidP="00835628">
      <w:pPr>
        <w:jc w:val="center"/>
      </w:pPr>
      <w:r>
        <w:rPr>
          <w:b/>
        </w:rPr>
        <w:t>DICHIARA</w:t>
      </w:r>
    </w:p>
    <w:p w14:paraId="69FEC21A" w14:textId="77777777" w:rsidR="00F7425E" w:rsidRDefault="00C43A8D" w:rsidP="00835628">
      <w:pPr>
        <w:jc w:val="both"/>
      </w:pPr>
      <w:r>
        <w:t>ai sensi degli artt. 46 e 47 del D.P.R. 445/2000:</w:t>
      </w:r>
    </w:p>
    <w:p w14:paraId="6D6943B2" w14:textId="77777777" w:rsidR="00F7425E" w:rsidRDefault="00C43A8D" w:rsidP="00835628">
      <w:pPr>
        <w:jc w:val="both"/>
      </w:pPr>
      <w:r>
        <w:t>1. di non essere a conoscenza, alla data della dichiarazione, di cause di incompatibilità o condizioni ostative al conferimento e allo svolgimento d</w:t>
      </w:r>
      <w:r>
        <w:t>ell’incarico;</w:t>
      </w:r>
    </w:p>
    <w:p w14:paraId="7A570536" w14:textId="77777777" w:rsidR="00F7425E" w:rsidRDefault="00C43A8D" w:rsidP="00835628">
      <w:pPr>
        <w:jc w:val="both"/>
      </w:pPr>
      <w:r>
        <w:t>2. di non trovarsi, per quanto a propria conoscenza, in situazioni di conflitto di interessi, anche potenziale, o in condizioni che comportino obbligo di astensione rispetto alle attività da svolgere;</w:t>
      </w:r>
    </w:p>
    <w:p w14:paraId="776FEB10" w14:textId="77777777" w:rsidR="00F7425E" w:rsidRDefault="00C43A8D" w:rsidP="00835628">
      <w:pPr>
        <w:jc w:val="both"/>
      </w:pPr>
      <w:r>
        <w:t>3. di non avere interessi finanziari, eco</w:t>
      </w:r>
      <w:r>
        <w:t>nomici o personali, diretti o indiretti, idonei a compromettere imparzialità e indipendenza nello svolgimento dell’incarico;</w:t>
      </w:r>
    </w:p>
    <w:p w14:paraId="1B99CE29" w14:textId="77777777" w:rsidR="00F7425E" w:rsidRDefault="00C43A8D" w:rsidP="00835628">
      <w:pPr>
        <w:jc w:val="both"/>
      </w:pPr>
      <w:r>
        <w:t>4. che non risultano situazioni rilevanti riferibili a interessi propri, di parenti o affini entro il secondo grado, del coniuge, d</w:t>
      </w:r>
      <w:r>
        <w:t>i conviventi o di persone con cui abbia frequentazione abituale; a cause pendenti, grave inimicizia o rapporti di credito o debito significativi propri o del coniuge con soggetti interessati; a funzioni di tutore, curatore, procuratore o agente, o incarich</w:t>
      </w:r>
      <w:r>
        <w:t>i di amministrazione, gestione o direzione presso organizzazioni interessate;</w:t>
      </w:r>
    </w:p>
    <w:p w14:paraId="7686AC6B" w14:textId="77777777" w:rsidR="00F7425E" w:rsidRDefault="00C43A8D" w:rsidP="00835628">
      <w:pPr>
        <w:jc w:val="both"/>
      </w:pPr>
      <w:r>
        <w:t>5. che non sussistono ulteriori gravi ragioni di convenienza che comportino obbligo di astensione;</w:t>
      </w:r>
    </w:p>
    <w:p w14:paraId="2791878C" w14:textId="77777777" w:rsidR="00F7425E" w:rsidRDefault="00C43A8D" w:rsidP="00835628">
      <w:pPr>
        <w:jc w:val="both"/>
      </w:pPr>
      <w:r>
        <w:t>6. di conoscere gli obblighi del codice di comportamento applicabile e le condi</w:t>
      </w:r>
      <w:r>
        <w:t>zioni dell’Avviso.</w:t>
      </w:r>
    </w:p>
    <w:p w14:paraId="1509D74F" w14:textId="77777777" w:rsidR="00F7425E" w:rsidRDefault="00C43A8D">
      <w:pPr>
        <w:pStyle w:val="Titolo1"/>
      </w:pPr>
      <w:r>
        <w:lastRenderedPageBreak/>
        <w:t>2. Impegni</w:t>
      </w:r>
    </w:p>
    <w:p w14:paraId="3595B62F" w14:textId="77777777" w:rsidR="00F7425E" w:rsidRDefault="00C43A8D" w:rsidP="00835628">
      <w:pPr>
        <w:jc w:val="both"/>
      </w:pPr>
      <w:r>
        <w:t>• Comunicare tempestivamente al Dirigente scolastico ogni variazione delle condizioni dichiarate, conflitto sopravvenuto, anche potenziale, o altra circostanza ostativa.</w:t>
      </w:r>
    </w:p>
    <w:p w14:paraId="4B7B03AA" w14:textId="77777777" w:rsidR="00F7425E" w:rsidRDefault="00C43A8D" w:rsidP="00835628">
      <w:pPr>
        <w:jc w:val="both"/>
      </w:pPr>
      <w:r>
        <w:t>• Astenersi dalle attività e decisioni interessate nei c</w:t>
      </w:r>
      <w:r>
        <w:t>asi previsti e attenersi alle determinazioni della scuola.</w:t>
      </w:r>
    </w:p>
    <w:p w14:paraId="49485B63" w14:textId="77777777" w:rsidR="00F7425E" w:rsidRDefault="00C43A8D" w:rsidP="00835628">
      <w:pPr>
        <w:jc w:val="both"/>
      </w:pPr>
      <w:r>
        <w:t>• Aggiornare la dichiarazione in relazione alle circostanze sopravvenute e ai soggetti coinvolti, anche nelle eventuali attività di supporto alle procedure di affidamento.</w:t>
      </w:r>
    </w:p>
    <w:p w14:paraId="77E6BB81" w14:textId="77777777" w:rsidR="00F7425E" w:rsidRDefault="00C43A8D">
      <w:pPr>
        <w:pStyle w:val="Titolo1"/>
      </w:pPr>
      <w:r>
        <w:t xml:space="preserve">3. Privacy e </w:t>
      </w:r>
      <w:r>
        <w:t>sottoscrizione</w:t>
      </w:r>
    </w:p>
    <w:p w14:paraId="69B43C32" w14:textId="77777777" w:rsidR="00F7425E" w:rsidRDefault="00C43A8D" w:rsidP="00835628">
      <w:pPr>
        <w:jc w:val="both"/>
      </w:pPr>
      <w:r>
        <w:t>Il/La sottoscritto/a dichiara di aver preso visione dell’informativa dell’art. 12 dell’Avviso, resa ai sensi dell’art. 13 del Regolamento (UE) 2016/679. Non è richiesto consenso per i trattamenti istituzionali descritti.</w:t>
      </w:r>
    </w:p>
    <w:p w14:paraId="42763F94" w14:textId="77777777" w:rsidR="00F7425E" w:rsidRDefault="00C43A8D">
      <w:r>
        <w:t>Luogo e data _______</w:t>
      </w:r>
      <w:r>
        <w:t>______________</w:t>
      </w:r>
      <w:r>
        <w:br/>
      </w:r>
      <w:r>
        <w:br/>
        <w:t>Firma __________________________</w:t>
      </w:r>
    </w:p>
    <w:p w14:paraId="4D71DC71" w14:textId="77777777" w:rsidR="00F7425E" w:rsidRDefault="00C43A8D" w:rsidP="00835628">
      <w:pPr>
        <w:jc w:val="both"/>
      </w:pPr>
      <w:r>
        <w:t>Documento di identità da allegare se non già incluso nella domanda, salvo firma digitale o altra modalità di identificazione ammessa. La dichiarazione non sostituisce le verifiche della scuola né gli eventua</w:t>
      </w:r>
      <w:r>
        <w:t>li ulteriori adempimenti previsti.</w:t>
      </w:r>
    </w:p>
    <w:sectPr w:rsidR="00F7425E" w:rsidSect="00034616">
      <w:headerReference w:type="default" r:id="rId8"/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8B4DF" w14:textId="77777777" w:rsidR="0010550D" w:rsidRDefault="0010550D">
      <w:pPr>
        <w:spacing w:after="0"/>
      </w:pPr>
      <w:r>
        <w:separator/>
      </w:r>
    </w:p>
  </w:endnote>
  <w:endnote w:type="continuationSeparator" w:id="0">
    <w:p w14:paraId="6CE81C25" w14:textId="77777777" w:rsidR="0010550D" w:rsidRDefault="001055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DC69E" w14:textId="77777777" w:rsidR="00F7425E" w:rsidRDefault="00C43A8D">
    <w:pPr>
      <w:pStyle w:val="Pidipagina"/>
      <w:jc w:val="right"/>
    </w:pPr>
    <w:proofErr w:type="spellStart"/>
    <w:r>
      <w:t>Allegato</w:t>
    </w:r>
    <w:proofErr w:type="spellEnd"/>
    <w:r>
      <w:t xml:space="preserve"> C-ATA – </w:t>
    </w:r>
    <w:proofErr w:type="spellStart"/>
    <w:r>
      <w:t>Pagina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8356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E7541" w14:textId="77777777" w:rsidR="0010550D" w:rsidRDefault="0010550D">
      <w:pPr>
        <w:spacing w:after="0"/>
      </w:pPr>
      <w:r>
        <w:separator/>
      </w:r>
    </w:p>
  </w:footnote>
  <w:footnote w:type="continuationSeparator" w:id="0">
    <w:p w14:paraId="0AD32AFC" w14:textId="77777777" w:rsidR="0010550D" w:rsidRDefault="001055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A719B" w14:textId="09634EF8" w:rsidR="00835628" w:rsidRDefault="00835628">
    <w:pPr>
      <w:pStyle w:val="Intestazione"/>
    </w:pPr>
    <w:r w:rsidRPr="009821BF">
      <w:rPr>
        <w:rFonts w:eastAsia="Calibri" w:cs="Times New Roman"/>
        <w:noProof/>
        <w:color w:val="auto"/>
        <w:lang w:val="it-IT"/>
      </w:rPr>
      <w:drawing>
        <wp:inline distT="0" distB="0" distL="0" distR="0" wp14:anchorId="41D93E36" wp14:editId="46346759">
          <wp:extent cx="6120130" cy="647230"/>
          <wp:effectExtent l="0" t="0" r="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4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550D"/>
    <w:rsid w:val="0015074B"/>
    <w:rsid w:val="0029639D"/>
    <w:rsid w:val="00326F90"/>
    <w:rsid w:val="00835628"/>
    <w:rsid w:val="00AA1D8D"/>
    <w:rsid w:val="00B47730"/>
    <w:rsid w:val="00C43A8D"/>
    <w:rsid w:val="00CB0664"/>
    <w:rsid w:val="00CD7470"/>
    <w:rsid w:val="00F742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FF2FAE"/>
  <w14:defaultImageDpi w14:val="300"/>
  <w15:docId w15:val="{9460FB3E-F6BD-49EF-94A0-4997A087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00" w:line="240" w:lineRule="auto"/>
    </w:pPr>
    <w:rPr>
      <w:rFonts w:ascii="Calibri" w:hAnsi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C43A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DDA08F-48E4-480E-AE25-6CFD667CA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</dc:creator>
  <cp:keywords/>
  <dc:description/>
  <cp:lastModifiedBy>UTENTE</cp:lastModifiedBy>
  <cp:revision>3</cp:revision>
  <dcterms:created xsi:type="dcterms:W3CDTF">2013-12-23T23:15:00Z</dcterms:created>
  <dcterms:modified xsi:type="dcterms:W3CDTF">2026-11-03T12:35:00Z</dcterms:modified>
  <cp:category/>
</cp:coreProperties>
</file>